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28F82" w14:textId="179F5EE1" w:rsidR="01890DCA" w:rsidRPr="000F4AB1" w:rsidRDefault="38BBAEDC" w:rsidP="07290176">
      <w:pPr>
        <w:pStyle w:val="Heading2"/>
        <w:spacing w:before="0" w:line="240" w:lineRule="auto"/>
        <w:jc w:val="center"/>
        <w:rPr>
          <w:rFonts w:ascii="Aptos" w:hAnsi="Aptos"/>
          <w:color w:val="auto"/>
          <w:lang w:val="ro-RO"/>
        </w:rPr>
      </w:pPr>
      <w:r w:rsidRPr="000F4AB1">
        <w:rPr>
          <w:rFonts w:ascii="Aptos" w:hAnsi="Aptos"/>
          <w:color w:val="auto"/>
          <w:lang w:val="ro-RO"/>
        </w:rPr>
        <w:t>CURRICULUM VITAE</w:t>
      </w:r>
    </w:p>
    <w:p w14:paraId="4FFC6664" w14:textId="716B11D8" w:rsidR="005C0DD5" w:rsidRPr="000F4AB1" w:rsidRDefault="005C0DD5" w:rsidP="00397391">
      <w:pPr>
        <w:spacing w:line="240" w:lineRule="auto"/>
        <w:rPr>
          <w:rFonts w:ascii="Aptos" w:hAnsi="Aptos"/>
          <w:b/>
          <w:lang w:val="ro-RO"/>
        </w:rPr>
      </w:pPr>
    </w:p>
    <w:p w14:paraId="4CDF200B" w14:textId="77777777" w:rsidR="000C4557" w:rsidRPr="000F4AB1" w:rsidRDefault="000C4557" w:rsidP="004933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ptos" w:hAnsi="Aptos"/>
          <w:b/>
          <w:bCs/>
          <w:lang w:val="ro-RO"/>
        </w:rPr>
      </w:pPr>
    </w:p>
    <w:p w14:paraId="641AB003" w14:textId="7E3831E5" w:rsidR="00C60AB3" w:rsidRPr="000F4AB1" w:rsidRDefault="001317C2" w:rsidP="004933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b/>
          <w:bCs/>
          <w:lang w:val="ro-RO"/>
        </w:rPr>
        <w:t>Nume</w:t>
      </w:r>
      <w:r w:rsidRPr="000F4AB1">
        <w:rPr>
          <w:rFonts w:ascii="Aptos" w:hAnsi="Aptos"/>
          <w:lang w:val="ro-RO"/>
        </w:rPr>
        <w:t>:</w:t>
      </w:r>
      <w:r w:rsidR="01D37D26" w:rsidRPr="000F4AB1">
        <w:rPr>
          <w:rFonts w:ascii="Aptos" w:hAnsi="Aptos"/>
          <w:lang w:val="ro-RO"/>
        </w:rPr>
        <w:t xml:space="preserve"> </w:t>
      </w:r>
      <w:r w:rsidRPr="000F4AB1">
        <w:rPr>
          <w:rFonts w:ascii="Aptos" w:hAnsi="Aptos"/>
          <w:lang w:val="ro-RO"/>
        </w:rPr>
        <w:t>___</w:t>
      </w:r>
      <w:r w:rsidR="33F795A7" w:rsidRPr="000F4AB1">
        <w:rPr>
          <w:rFonts w:ascii="Aptos" w:hAnsi="Aptos"/>
          <w:lang w:val="ro-RO"/>
        </w:rPr>
        <w:t>________________________________</w:t>
      </w:r>
      <w:r w:rsidR="60C81EA5" w:rsidRPr="000F4AB1">
        <w:rPr>
          <w:rFonts w:ascii="Aptos" w:hAnsi="Aptos"/>
          <w:lang w:val="ro-RO"/>
        </w:rPr>
        <w:t xml:space="preserve">  </w:t>
      </w:r>
    </w:p>
    <w:p w14:paraId="509D0004" w14:textId="6D4DF489" w:rsidR="00754D9B" w:rsidRPr="000F4AB1" w:rsidRDefault="60C81EA5" w:rsidP="004933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b/>
          <w:bCs/>
          <w:lang w:val="ro-RO"/>
        </w:rPr>
        <w:t>Prenume</w:t>
      </w:r>
      <w:r w:rsidRPr="000F4AB1">
        <w:rPr>
          <w:rFonts w:ascii="Aptos" w:hAnsi="Aptos"/>
          <w:lang w:val="ro-RO"/>
        </w:rPr>
        <w:t>: _________________________</w:t>
      </w:r>
      <w:r w:rsidR="00C60AB3" w:rsidRPr="000F4AB1">
        <w:rPr>
          <w:rFonts w:ascii="Aptos" w:hAnsi="Aptos"/>
          <w:lang w:val="ro-RO"/>
        </w:rPr>
        <w:t>_____</w:t>
      </w:r>
      <w:r w:rsidRPr="000F4AB1">
        <w:rPr>
          <w:rFonts w:ascii="Aptos" w:hAnsi="Aptos"/>
          <w:lang w:val="ro-RO"/>
        </w:rPr>
        <w:t>__</w:t>
      </w:r>
    </w:p>
    <w:p w14:paraId="0335669D" w14:textId="62AB2E25" w:rsidR="00C60AB3" w:rsidRPr="000F4AB1" w:rsidRDefault="179CA6D8" w:rsidP="004933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b/>
          <w:lang w:val="ro-RO"/>
        </w:rPr>
        <w:t>Email</w:t>
      </w:r>
      <w:r w:rsidR="001317C2" w:rsidRPr="000F4AB1">
        <w:rPr>
          <w:rFonts w:ascii="Aptos" w:hAnsi="Aptos"/>
          <w:lang w:val="ro-RO"/>
        </w:rPr>
        <w:t>:</w:t>
      </w:r>
      <w:r w:rsidR="77D1B715" w:rsidRPr="000F4AB1">
        <w:rPr>
          <w:rFonts w:ascii="Aptos" w:hAnsi="Aptos"/>
          <w:lang w:val="ro-RO"/>
        </w:rPr>
        <w:t xml:space="preserve"> </w:t>
      </w:r>
      <w:r w:rsidR="001317C2" w:rsidRPr="000F4AB1">
        <w:rPr>
          <w:rFonts w:ascii="Aptos" w:hAnsi="Aptos"/>
          <w:lang w:val="ro-RO"/>
        </w:rPr>
        <w:t>______________________________</w:t>
      </w:r>
      <w:r w:rsidR="05FBE406" w:rsidRPr="000F4AB1">
        <w:rPr>
          <w:rFonts w:ascii="Aptos" w:hAnsi="Aptos"/>
          <w:lang w:val="ro-RO"/>
        </w:rPr>
        <w:t xml:space="preserve">_____ </w:t>
      </w:r>
    </w:p>
    <w:p w14:paraId="5EAF9945" w14:textId="78D273A4" w:rsidR="007D5514" w:rsidRPr="000F4AB1" w:rsidRDefault="05FBE406" w:rsidP="004933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b/>
          <w:lang w:val="ro-RO"/>
        </w:rPr>
        <w:t>Telefon</w:t>
      </w:r>
      <w:r w:rsidRPr="000F4AB1">
        <w:rPr>
          <w:rFonts w:ascii="Aptos" w:hAnsi="Aptos"/>
          <w:lang w:val="ro-RO"/>
        </w:rPr>
        <w:t>: _____________________________</w:t>
      </w:r>
      <w:r w:rsidR="00C60AB3" w:rsidRPr="000F4AB1">
        <w:rPr>
          <w:rFonts w:ascii="Aptos" w:hAnsi="Aptos"/>
          <w:lang w:val="ro-RO"/>
        </w:rPr>
        <w:t>____</w:t>
      </w:r>
    </w:p>
    <w:p w14:paraId="7664BA60" w14:textId="77777777" w:rsidR="00CA6E5C" w:rsidRPr="000F4AB1" w:rsidRDefault="00CA6E5C" w:rsidP="6F1AF63E">
      <w:pPr>
        <w:spacing w:line="240" w:lineRule="auto"/>
        <w:rPr>
          <w:rFonts w:ascii="Aptos" w:hAnsi="Aptos"/>
          <w:b/>
          <w:lang w:val="ro-RO"/>
        </w:rPr>
      </w:pPr>
    </w:p>
    <w:p w14:paraId="3EE47C9E" w14:textId="77777777" w:rsidR="00754D9B" w:rsidRPr="000F4AB1" w:rsidRDefault="001317C2" w:rsidP="00397391">
      <w:pPr>
        <w:pStyle w:val="Heading2"/>
        <w:spacing w:before="0" w:line="240" w:lineRule="auto"/>
        <w:rPr>
          <w:rFonts w:ascii="Aptos" w:hAnsi="Aptos"/>
          <w:color w:val="auto"/>
          <w:lang w:val="ro-RO"/>
        </w:rPr>
      </w:pPr>
      <w:r w:rsidRPr="000F4AB1">
        <w:rPr>
          <w:rFonts w:ascii="Aptos" w:hAnsi="Aptos"/>
          <w:color w:val="auto"/>
          <w:lang w:val="ro-RO"/>
        </w:rPr>
        <w:t>EXPERIENȚĂ PROFESIONALĂ</w:t>
      </w:r>
    </w:p>
    <w:p w14:paraId="5431EA4E" w14:textId="64C343EC" w:rsidR="68CF5860" w:rsidRPr="000F4AB1" w:rsidRDefault="43635F4C" w:rsidP="68CF5860">
      <w:pPr>
        <w:spacing w:line="240" w:lineRule="auto"/>
        <w:rPr>
          <w:rFonts w:ascii="Aptos" w:hAnsi="Aptos"/>
          <w:i/>
          <w:sz w:val="18"/>
          <w:szCs w:val="18"/>
          <w:lang w:val="ro-RO"/>
        </w:rPr>
      </w:pPr>
      <w:r w:rsidRPr="000F4AB1">
        <w:rPr>
          <w:rFonts w:ascii="Aptos" w:hAnsi="Aptos"/>
          <w:i/>
          <w:sz w:val="18"/>
          <w:szCs w:val="18"/>
          <w:lang w:val="ro-RO"/>
        </w:rPr>
        <w:t>(</w:t>
      </w:r>
      <w:r w:rsidR="000F4AB1">
        <w:rPr>
          <w:rFonts w:ascii="Aptos" w:hAnsi="Aptos"/>
          <w:i/>
          <w:sz w:val="18"/>
          <w:szCs w:val="18"/>
          <w:lang w:val="ro-RO"/>
        </w:rPr>
        <w:t>T</w:t>
      </w:r>
      <w:r w:rsidRPr="000F4AB1">
        <w:rPr>
          <w:rFonts w:ascii="Aptos" w:hAnsi="Aptos"/>
          <w:i/>
          <w:sz w:val="18"/>
          <w:szCs w:val="18"/>
          <w:lang w:val="ro-RO"/>
        </w:rPr>
        <w:t>e rugăm să completezi începând cu experiența cea mai recentă)</w:t>
      </w:r>
    </w:p>
    <w:p w14:paraId="132FE5E8" w14:textId="498CE5F9" w:rsidR="7CBA8C67" w:rsidRPr="000F4AB1" w:rsidRDefault="2337F23D" w:rsidP="2A60C37E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 xml:space="preserve">1. </w:t>
      </w:r>
      <w:r w:rsidR="7CBA8C67" w:rsidRPr="000F4AB1">
        <w:rPr>
          <w:rFonts w:ascii="Aptos" w:hAnsi="Aptos"/>
          <w:lang w:val="ro-RO"/>
        </w:rPr>
        <w:t>Perioada: [</w:t>
      </w:r>
      <w:r w:rsidR="00FC05DB">
        <w:rPr>
          <w:rFonts w:ascii="Aptos" w:hAnsi="Aptos"/>
          <w:lang w:val="ro-RO"/>
        </w:rPr>
        <w:t>lună/an</w:t>
      </w:r>
      <w:r w:rsidR="7CBA8C67" w:rsidRPr="000F4AB1">
        <w:rPr>
          <w:rFonts w:ascii="Aptos" w:hAnsi="Aptos"/>
          <w:lang w:val="ro-RO"/>
        </w:rPr>
        <w:t>] - [</w:t>
      </w:r>
      <w:r w:rsidR="00FC05DB">
        <w:rPr>
          <w:rFonts w:ascii="Aptos" w:hAnsi="Aptos"/>
          <w:lang w:val="ro-RO"/>
        </w:rPr>
        <w:t>lună/an</w:t>
      </w:r>
      <w:r w:rsidR="7CBA8C67" w:rsidRPr="000F4AB1">
        <w:rPr>
          <w:rFonts w:ascii="Aptos" w:hAnsi="Aptos"/>
          <w:lang w:val="ro-RO"/>
        </w:rPr>
        <w:t>]</w:t>
      </w:r>
      <w:r w:rsidR="00331850" w:rsidRPr="000F4AB1">
        <w:rPr>
          <w:rFonts w:ascii="Aptos" w:hAnsi="Aptos"/>
          <w:lang w:val="ro-RO"/>
        </w:rPr>
        <w:t xml:space="preserve">/prezent </w:t>
      </w:r>
      <w:r w:rsidR="7CBA8C67" w:rsidRPr="000F4AB1">
        <w:rPr>
          <w:rFonts w:ascii="Aptos" w:hAnsi="Aptos"/>
          <w:lang w:val="ro-RO"/>
        </w:rPr>
        <w:t>__</w:t>
      </w:r>
      <w:r w:rsidR="00FC05DB">
        <w:rPr>
          <w:rFonts w:ascii="Aptos" w:hAnsi="Aptos"/>
          <w:lang w:val="ro-RO"/>
        </w:rPr>
        <w:t>___</w:t>
      </w:r>
      <w:r w:rsidR="7CBA8C67" w:rsidRPr="000F4AB1">
        <w:rPr>
          <w:rFonts w:ascii="Aptos" w:hAnsi="Aptos"/>
          <w:lang w:val="ro-RO"/>
        </w:rPr>
        <w:t>________________________________________</w:t>
      </w:r>
    </w:p>
    <w:p w14:paraId="30B1434D" w14:textId="491C67F6" w:rsidR="51C6D652" w:rsidRPr="000F4AB1" w:rsidRDefault="7CBA8C67" w:rsidP="2FC8C2BC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Companie: ______________________________ Funcție: _________________________</w:t>
      </w:r>
      <w:r w:rsidR="00331850" w:rsidRPr="000F4AB1">
        <w:rPr>
          <w:rFonts w:ascii="Aptos" w:hAnsi="Aptos"/>
          <w:lang w:val="ro-RO"/>
        </w:rPr>
        <w:t>___</w:t>
      </w:r>
      <w:r w:rsidRPr="000F4AB1">
        <w:rPr>
          <w:rFonts w:ascii="Aptos" w:hAnsi="Aptos"/>
          <w:lang w:val="ro-RO"/>
        </w:rPr>
        <w:t>____</w:t>
      </w:r>
      <w:r w:rsidR="6A3EFB1B" w:rsidRPr="000F4AB1">
        <w:rPr>
          <w:rFonts w:ascii="Aptos" w:hAnsi="Aptos"/>
          <w:lang w:val="ro-RO"/>
        </w:rPr>
        <w:t>__</w:t>
      </w:r>
    </w:p>
    <w:p w14:paraId="612C7463" w14:textId="2E43CFF5" w:rsidR="2FC8C2BC" w:rsidRPr="000F4AB1" w:rsidRDefault="5032FB3F" w:rsidP="2FC8C2BC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Responsabilități</w:t>
      </w:r>
      <w:r w:rsidR="00331850" w:rsidRPr="000F4AB1">
        <w:rPr>
          <w:rFonts w:ascii="Aptos" w:hAnsi="Aptos"/>
          <w:lang w:val="ro-RO"/>
        </w:rPr>
        <w:t xml:space="preserve"> principale</w:t>
      </w:r>
      <w:r w:rsidRPr="000F4AB1">
        <w:rPr>
          <w:rFonts w:ascii="Aptos" w:hAnsi="Aptos"/>
          <w:lang w:val="ro-RO"/>
        </w:rPr>
        <w:t>:</w:t>
      </w:r>
      <w:r w:rsidR="00331850" w:rsidRPr="000F4AB1">
        <w:rPr>
          <w:rFonts w:ascii="Aptos" w:hAnsi="Aptos"/>
          <w:lang w:val="ro-RO"/>
        </w:rPr>
        <w:t xml:space="preserve"> </w:t>
      </w:r>
      <w:r w:rsidRPr="000F4AB1">
        <w:rPr>
          <w:rFonts w:ascii="Aptos" w:hAnsi="Aptos"/>
          <w:lang w:val="ro-RO"/>
        </w:rPr>
        <w:t>_______________________________________________________</w:t>
      </w:r>
      <w:r w:rsidR="412EC5D9" w:rsidRPr="000F4AB1">
        <w:rPr>
          <w:rFonts w:ascii="Aptos" w:hAnsi="Aptos"/>
          <w:lang w:val="ro-RO"/>
        </w:rPr>
        <w:t>__</w:t>
      </w:r>
    </w:p>
    <w:p w14:paraId="306C5D9F" w14:textId="138A7B85" w:rsidR="5032FB3F" w:rsidRPr="000F4AB1" w:rsidRDefault="5032FB3F" w:rsidP="6CB82B02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____________________________________________________________________________</w:t>
      </w:r>
      <w:r w:rsidR="0382C6BC" w:rsidRPr="000F4AB1">
        <w:rPr>
          <w:rFonts w:ascii="Aptos" w:hAnsi="Aptos"/>
          <w:lang w:val="ro-RO"/>
        </w:rPr>
        <w:t>_</w:t>
      </w:r>
      <w:r w:rsidR="00331850" w:rsidRPr="000F4AB1">
        <w:rPr>
          <w:rFonts w:ascii="Aptos" w:hAnsi="Aptos"/>
          <w:lang w:val="ro-RO"/>
        </w:rPr>
        <w:t>_____</w:t>
      </w:r>
      <w:r w:rsidR="0382C6BC" w:rsidRPr="000F4AB1">
        <w:rPr>
          <w:rFonts w:ascii="Aptos" w:hAnsi="Aptos"/>
          <w:lang w:val="ro-RO"/>
        </w:rPr>
        <w:t>_</w:t>
      </w:r>
    </w:p>
    <w:p w14:paraId="5D0AD6EE" w14:textId="1D5E059F" w:rsidR="33444EAE" w:rsidRPr="000F4AB1" w:rsidRDefault="5032FB3F" w:rsidP="33444EAE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____________________________________________________________________________</w:t>
      </w:r>
      <w:r w:rsidR="71CDC1EB" w:rsidRPr="000F4AB1">
        <w:rPr>
          <w:rFonts w:ascii="Aptos" w:hAnsi="Aptos"/>
          <w:lang w:val="ro-RO"/>
        </w:rPr>
        <w:t>__</w:t>
      </w:r>
      <w:r w:rsidR="00331850" w:rsidRPr="000F4AB1">
        <w:rPr>
          <w:rFonts w:ascii="Aptos" w:hAnsi="Aptos"/>
          <w:lang w:val="ro-RO"/>
        </w:rPr>
        <w:t>_____</w:t>
      </w:r>
    </w:p>
    <w:p w14:paraId="0F425657" w14:textId="57285C84" w:rsidR="005C0DD5" w:rsidRPr="000F4AB1" w:rsidRDefault="005C0DD5" w:rsidP="00397391">
      <w:pPr>
        <w:spacing w:line="240" w:lineRule="auto"/>
        <w:rPr>
          <w:rFonts w:ascii="Aptos" w:hAnsi="Aptos"/>
          <w:lang w:val="ro-RO"/>
        </w:rPr>
      </w:pPr>
    </w:p>
    <w:p w14:paraId="08B5E244" w14:textId="1D8EE6C7" w:rsidR="71CDC1EB" w:rsidRPr="000F4AB1" w:rsidRDefault="71CDC1EB" w:rsidP="54244845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 xml:space="preserve">2. </w:t>
      </w:r>
      <w:r w:rsidR="00FC05DB" w:rsidRPr="000F4AB1">
        <w:rPr>
          <w:rFonts w:ascii="Aptos" w:hAnsi="Aptos"/>
          <w:lang w:val="ro-RO"/>
        </w:rPr>
        <w:t>Perioada: [</w:t>
      </w:r>
      <w:r w:rsidR="00FC05DB">
        <w:rPr>
          <w:rFonts w:ascii="Aptos" w:hAnsi="Aptos"/>
          <w:lang w:val="ro-RO"/>
        </w:rPr>
        <w:t>lună/an</w:t>
      </w:r>
      <w:r w:rsidR="00FC05DB" w:rsidRPr="000F4AB1">
        <w:rPr>
          <w:rFonts w:ascii="Aptos" w:hAnsi="Aptos"/>
          <w:lang w:val="ro-RO"/>
        </w:rPr>
        <w:t>] - [</w:t>
      </w:r>
      <w:r w:rsidR="00FC05DB">
        <w:rPr>
          <w:rFonts w:ascii="Aptos" w:hAnsi="Aptos"/>
          <w:lang w:val="ro-RO"/>
        </w:rPr>
        <w:t>lună/an</w:t>
      </w:r>
      <w:r w:rsidR="00FC05DB" w:rsidRPr="000F4AB1">
        <w:rPr>
          <w:rFonts w:ascii="Aptos" w:hAnsi="Aptos"/>
          <w:lang w:val="ro-RO"/>
        </w:rPr>
        <w:t>]</w:t>
      </w:r>
      <w:r w:rsidRPr="000F4AB1">
        <w:rPr>
          <w:rFonts w:ascii="Aptos" w:hAnsi="Aptos"/>
          <w:lang w:val="ro-RO"/>
        </w:rPr>
        <w:t xml:space="preserve"> </w:t>
      </w:r>
      <w:r w:rsidR="00FC05DB">
        <w:rPr>
          <w:rFonts w:ascii="Aptos" w:hAnsi="Aptos"/>
          <w:lang w:val="ro-RO"/>
        </w:rPr>
        <w:t>____</w:t>
      </w:r>
      <w:r w:rsidRPr="000F4AB1">
        <w:rPr>
          <w:rFonts w:ascii="Aptos" w:hAnsi="Aptos"/>
          <w:lang w:val="ro-RO"/>
        </w:rPr>
        <w:t>____________________________________________</w:t>
      </w:r>
      <w:r w:rsidR="00331850" w:rsidRPr="000F4AB1">
        <w:rPr>
          <w:rFonts w:ascii="Aptos" w:hAnsi="Aptos"/>
          <w:lang w:val="ro-RO"/>
        </w:rPr>
        <w:t>_</w:t>
      </w:r>
      <w:r w:rsidRPr="000F4AB1">
        <w:rPr>
          <w:rFonts w:ascii="Aptos" w:hAnsi="Aptos"/>
          <w:lang w:val="ro-RO"/>
        </w:rPr>
        <w:t>__</w:t>
      </w:r>
      <w:r w:rsidR="00331850" w:rsidRPr="000F4AB1">
        <w:rPr>
          <w:rFonts w:ascii="Aptos" w:hAnsi="Aptos"/>
          <w:lang w:val="ro-RO"/>
        </w:rPr>
        <w:t>_</w:t>
      </w:r>
      <w:r w:rsidRPr="000F4AB1">
        <w:rPr>
          <w:rFonts w:ascii="Aptos" w:hAnsi="Aptos"/>
          <w:lang w:val="ro-RO"/>
        </w:rPr>
        <w:t>_</w:t>
      </w:r>
    </w:p>
    <w:p w14:paraId="4588820F" w14:textId="77777777" w:rsidR="00331850" w:rsidRPr="000F4AB1" w:rsidRDefault="00331850" w:rsidP="00331850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Companie: ______________________________ Funcție: __________________________________</w:t>
      </w:r>
    </w:p>
    <w:p w14:paraId="20F243DB" w14:textId="77777777" w:rsidR="00331850" w:rsidRPr="000F4AB1" w:rsidRDefault="00331850" w:rsidP="00331850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Responsabilități principale: _________________________________________________________</w:t>
      </w:r>
    </w:p>
    <w:p w14:paraId="0921EA33" w14:textId="77777777" w:rsidR="00331850" w:rsidRPr="000F4AB1" w:rsidRDefault="00331850" w:rsidP="00331850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___________________________________________________________________________________</w:t>
      </w:r>
    </w:p>
    <w:p w14:paraId="75225E7F" w14:textId="77777777" w:rsidR="00331850" w:rsidRPr="000F4AB1" w:rsidRDefault="00331850" w:rsidP="00331850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___________________________________________________________________________________</w:t>
      </w:r>
    </w:p>
    <w:p w14:paraId="346A3CB0" w14:textId="790C3545" w:rsidR="54244845" w:rsidRPr="000F4AB1" w:rsidRDefault="54244845" w:rsidP="54244845">
      <w:pPr>
        <w:spacing w:line="240" w:lineRule="auto"/>
        <w:rPr>
          <w:rFonts w:ascii="Aptos" w:hAnsi="Aptos"/>
          <w:lang w:val="ro-RO"/>
        </w:rPr>
      </w:pPr>
    </w:p>
    <w:p w14:paraId="3C381499" w14:textId="4B171B89" w:rsidR="71CDC1EB" w:rsidRPr="000F4AB1" w:rsidRDefault="71CDC1EB" w:rsidP="05EE556D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 xml:space="preserve">3. </w:t>
      </w:r>
      <w:r w:rsidR="00FC05DB" w:rsidRPr="000F4AB1">
        <w:rPr>
          <w:rFonts w:ascii="Aptos" w:hAnsi="Aptos"/>
          <w:lang w:val="ro-RO"/>
        </w:rPr>
        <w:t>Perioada: [</w:t>
      </w:r>
      <w:r w:rsidR="00FC05DB">
        <w:rPr>
          <w:rFonts w:ascii="Aptos" w:hAnsi="Aptos"/>
          <w:lang w:val="ro-RO"/>
        </w:rPr>
        <w:t>lună/an</w:t>
      </w:r>
      <w:r w:rsidR="00FC05DB" w:rsidRPr="000F4AB1">
        <w:rPr>
          <w:rFonts w:ascii="Aptos" w:hAnsi="Aptos"/>
          <w:lang w:val="ro-RO"/>
        </w:rPr>
        <w:t>] - [</w:t>
      </w:r>
      <w:r w:rsidR="00FC05DB">
        <w:rPr>
          <w:rFonts w:ascii="Aptos" w:hAnsi="Aptos"/>
          <w:lang w:val="ro-RO"/>
        </w:rPr>
        <w:t>lună/an</w:t>
      </w:r>
      <w:r w:rsidR="00FC05DB" w:rsidRPr="000F4AB1">
        <w:rPr>
          <w:rFonts w:ascii="Aptos" w:hAnsi="Aptos"/>
          <w:lang w:val="ro-RO"/>
        </w:rPr>
        <w:t xml:space="preserve">] </w:t>
      </w:r>
      <w:r w:rsidR="00FC05DB">
        <w:rPr>
          <w:rFonts w:ascii="Aptos" w:hAnsi="Aptos"/>
          <w:lang w:val="ro-RO"/>
        </w:rPr>
        <w:t>____</w:t>
      </w:r>
      <w:r w:rsidR="00FC05DB" w:rsidRPr="000F4AB1">
        <w:rPr>
          <w:rFonts w:ascii="Aptos" w:hAnsi="Aptos"/>
          <w:lang w:val="ro-RO"/>
        </w:rPr>
        <w:t>_________________________________________________</w:t>
      </w:r>
    </w:p>
    <w:p w14:paraId="347FCBA7" w14:textId="77777777" w:rsidR="00331850" w:rsidRPr="000F4AB1" w:rsidRDefault="00331850" w:rsidP="00331850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Companie: ______________________________ Funcție: __________________________________</w:t>
      </w:r>
    </w:p>
    <w:p w14:paraId="25B4A01C" w14:textId="77777777" w:rsidR="00331850" w:rsidRPr="000F4AB1" w:rsidRDefault="00331850" w:rsidP="00331850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Responsabilități principale: _________________________________________________________</w:t>
      </w:r>
    </w:p>
    <w:p w14:paraId="1D6F0EDE" w14:textId="77777777" w:rsidR="00331850" w:rsidRPr="000F4AB1" w:rsidRDefault="00331850" w:rsidP="00331850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___________________________________________________________________________________</w:t>
      </w:r>
    </w:p>
    <w:p w14:paraId="489A1312" w14:textId="77777777" w:rsidR="00331850" w:rsidRPr="000F4AB1" w:rsidRDefault="00331850" w:rsidP="00331850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___________________________________________________________________________________</w:t>
      </w:r>
    </w:p>
    <w:p w14:paraId="05F15BDC" w14:textId="5B3F1F36" w:rsidR="54244845" w:rsidRPr="000F4AB1" w:rsidRDefault="54244845" w:rsidP="54244845">
      <w:pPr>
        <w:spacing w:line="240" w:lineRule="auto"/>
        <w:rPr>
          <w:rFonts w:ascii="Aptos" w:hAnsi="Aptos"/>
          <w:lang w:val="ro-RO"/>
        </w:rPr>
      </w:pPr>
    </w:p>
    <w:p w14:paraId="457CCFDC" w14:textId="4081D792" w:rsidR="71CDC1EB" w:rsidRPr="000F4AB1" w:rsidRDefault="71CDC1EB" w:rsidP="716C7CA8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lastRenderedPageBreak/>
        <w:t>4</w:t>
      </w:r>
      <w:r w:rsidR="00FC05DB">
        <w:rPr>
          <w:rFonts w:ascii="Aptos" w:hAnsi="Aptos"/>
          <w:lang w:val="ro-RO"/>
        </w:rPr>
        <w:t>.</w:t>
      </w:r>
      <w:r w:rsidR="00FC05DB" w:rsidRPr="00FC05DB">
        <w:rPr>
          <w:rFonts w:ascii="Aptos" w:hAnsi="Aptos"/>
          <w:lang w:val="ro-RO"/>
        </w:rPr>
        <w:t xml:space="preserve"> </w:t>
      </w:r>
      <w:r w:rsidR="00FC05DB" w:rsidRPr="000F4AB1">
        <w:rPr>
          <w:rFonts w:ascii="Aptos" w:hAnsi="Aptos"/>
          <w:lang w:val="ro-RO"/>
        </w:rPr>
        <w:t>Perioada: [</w:t>
      </w:r>
      <w:r w:rsidR="00FC05DB">
        <w:rPr>
          <w:rFonts w:ascii="Aptos" w:hAnsi="Aptos"/>
          <w:lang w:val="ro-RO"/>
        </w:rPr>
        <w:t>lună/an</w:t>
      </w:r>
      <w:r w:rsidR="00FC05DB" w:rsidRPr="000F4AB1">
        <w:rPr>
          <w:rFonts w:ascii="Aptos" w:hAnsi="Aptos"/>
          <w:lang w:val="ro-RO"/>
        </w:rPr>
        <w:t>] - [</w:t>
      </w:r>
      <w:r w:rsidR="00FC05DB">
        <w:rPr>
          <w:rFonts w:ascii="Aptos" w:hAnsi="Aptos"/>
          <w:lang w:val="ro-RO"/>
        </w:rPr>
        <w:t>lună/an</w:t>
      </w:r>
      <w:r w:rsidR="00FC05DB" w:rsidRPr="000F4AB1">
        <w:rPr>
          <w:rFonts w:ascii="Aptos" w:hAnsi="Aptos"/>
          <w:lang w:val="ro-RO"/>
        </w:rPr>
        <w:t xml:space="preserve">] </w:t>
      </w:r>
      <w:r w:rsidR="00FC05DB">
        <w:rPr>
          <w:rFonts w:ascii="Aptos" w:hAnsi="Aptos"/>
          <w:lang w:val="ro-RO"/>
        </w:rPr>
        <w:t>____</w:t>
      </w:r>
      <w:r w:rsidR="00FC05DB" w:rsidRPr="000F4AB1">
        <w:rPr>
          <w:rFonts w:ascii="Aptos" w:hAnsi="Aptos"/>
          <w:lang w:val="ro-RO"/>
        </w:rPr>
        <w:t>_________________________________________________</w:t>
      </w:r>
    </w:p>
    <w:p w14:paraId="7956D143" w14:textId="77777777" w:rsidR="00331850" w:rsidRPr="000F4AB1" w:rsidRDefault="00331850" w:rsidP="00331850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Companie: ______________________________ Funcție: __________________________________</w:t>
      </w:r>
    </w:p>
    <w:p w14:paraId="12A6EEC7" w14:textId="77777777" w:rsidR="00331850" w:rsidRPr="000F4AB1" w:rsidRDefault="00331850" w:rsidP="00331850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Responsabilități principale: _________________________________________________________</w:t>
      </w:r>
    </w:p>
    <w:p w14:paraId="29231073" w14:textId="77777777" w:rsidR="00331850" w:rsidRPr="000F4AB1" w:rsidRDefault="00331850" w:rsidP="00331850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___________________________________________________________________________________</w:t>
      </w:r>
    </w:p>
    <w:p w14:paraId="73F7C99E" w14:textId="45A1ACE4" w:rsidR="18608604" w:rsidRPr="000F4AB1" w:rsidRDefault="579F7B10" w:rsidP="18608604">
      <w:pPr>
        <w:rPr>
          <w:rFonts w:ascii="Aptos" w:hAnsi="Aptos"/>
          <w:i/>
          <w:sz w:val="18"/>
          <w:szCs w:val="18"/>
          <w:lang w:val="ro-RO"/>
        </w:rPr>
      </w:pPr>
      <w:r w:rsidRPr="000F4AB1">
        <w:rPr>
          <w:rFonts w:ascii="Aptos" w:hAnsi="Aptos"/>
          <w:i/>
          <w:sz w:val="18"/>
          <w:szCs w:val="18"/>
          <w:lang w:val="ro-RO"/>
        </w:rPr>
        <w:t>(dacă au fost mai multe funcții, te rugăm sa scrii mai jos intervalul</w:t>
      </w:r>
      <w:r w:rsidR="3E3547CE" w:rsidRPr="000F4AB1">
        <w:rPr>
          <w:rFonts w:ascii="Aptos" w:hAnsi="Aptos"/>
          <w:i/>
          <w:sz w:val="18"/>
          <w:szCs w:val="18"/>
          <w:lang w:val="ro-RO"/>
        </w:rPr>
        <w:t xml:space="preserve">, funcția si compania, fără a mai include </w:t>
      </w:r>
      <w:r w:rsidR="3E3547CE" w:rsidRPr="000F4AB1">
        <w:rPr>
          <w:rFonts w:ascii="Aptos" w:hAnsi="Aptos"/>
          <w:i/>
          <w:iCs/>
          <w:sz w:val="18"/>
          <w:szCs w:val="18"/>
          <w:lang w:val="ro-RO"/>
        </w:rPr>
        <w:t>responsabilită</w:t>
      </w:r>
      <w:r w:rsidR="776717B3" w:rsidRPr="000F4AB1">
        <w:rPr>
          <w:rFonts w:ascii="Aptos" w:hAnsi="Aptos"/>
          <w:i/>
          <w:iCs/>
          <w:sz w:val="18"/>
          <w:szCs w:val="18"/>
          <w:lang w:val="ro-RO"/>
        </w:rPr>
        <w:t>ț</w:t>
      </w:r>
      <w:r w:rsidR="3E3547CE" w:rsidRPr="000F4AB1">
        <w:rPr>
          <w:rFonts w:ascii="Aptos" w:hAnsi="Aptos"/>
          <w:i/>
          <w:iCs/>
          <w:sz w:val="18"/>
          <w:szCs w:val="18"/>
          <w:lang w:val="ro-RO"/>
        </w:rPr>
        <w:t>ile</w:t>
      </w:r>
      <w:r w:rsidR="3E3547CE" w:rsidRPr="000F4AB1">
        <w:rPr>
          <w:rFonts w:ascii="Aptos" w:hAnsi="Aptos"/>
          <w:i/>
          <w:sz w:val="18"/>
          <w:szCs w:val="18"/>
          <w:lang w:val="ro-RO"/>
        </w:rPr>
        <w:t>).</w:t>
      </w:r>
    </w:p>
    <w:p w14:paraId="232CA71B" w14:textId="77777777" w:rsidR="00E35F76" w:rsidRPr="000F4AB1" w:rsidRDefault="00E35F76" w:rsidP="00E35F76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___________________________________________________________________________________</w:t>
      </w:r>
    </w:p>
    <w:p w14:paraId="03138124" w14:textId="77777777" w:rsidR="00E35F76" w:rsidRPr="000F4AB1" w:rsidRDefault="00E35F76" w:rsidP="00E35F76">
      <w:pPr>
        <w:spacing w:line="240" w:lineRule="auto"/>
        <w:rPr>
          <w:rFonts w:ascii="Aptos" w:hAnsi="Aptos"/>
          <w:lang w:val="ro-RO"/>
        </w:rPr>
      </w:pPr>
      <w:r w:rsidRPr="000F4AB1">
        <w:rPr>
          <w:rFonts w:ascii="Aptos" w:hAnsi="Aptos"/>
          <w:lang w:val="ro-RO"/>
        </w:rPr>
        <w:t>___________________________________________________________________________________</w:t>
      </w:r>
    </w:p>
    <w:p w14:paraId="1F309319" w14:textId="77777777" w:rsidR="005B4721" w:rsidRPr="000F4AB1" w:rsidRDefault="005B4721" w:rsidP="00397391">
      <w:pPr>
        <w:pStyle w:val="Heading2"/>
        <w:spacing w:before="0" w:line="240" w:lineRule="auto"/>
        <w:rPr>
          <w:rFonts w:ascii="Aptos" w:hAnsi="Aptos"/>
          <w:color w:val="auto"/>
          <w:lang w:val="ro-RO"/>
        </w:rPr>
      </w:pPr>
    </w:p>
    <w:p w14:paraId="29455CDA" w14:textId="07D0FFC9" w:rsidR="00754D9B" w:rsidRPr="000F4AB1" w:rsidRDefault="1F3E3E8A" w:rsidP="00397391">
      <w:pPr>
        <w:pStyle w:val="Heading2"/>
        <w:spacing w:before="0" w:line="240" w:lineRule="auto"/>
        <w:rPr>
          <w:rFonts w:ascii="Aptos" w:hAnsi="Aptos"/>
          <w:color w:val="auto"/>
          <w:lang w:val="ro-RO"/>
        </w:rPr>
      </w:pPr>
      <w:r w:rsidRPr="000F4AB1">
        <w:rPr>
          <w:rFonts w:ascii="Aptos" w:hAnsi="Aptos"/>
          <w:color w:val="auto"/>
          <w:lang w:val="ro-RO"/>
        </w:rPr>
        <w:t>STUDII</w:t>
      </w:r>
      <w:r w:rsidR="001276A8" w:rsidRPr="000F4AB1">
        <w:rPr>
          <w:rFonts w:ascii="Aptos" w:hAnsi="Aptos"/>
          <w:color w:val="auto"/>
          <w:lang w:val="ro-RO"/>
        </w:rPr>
        <w:t xml:space="preserve"> / CALIFICĂRI</w:t>
      </w:r>
      <w:r w:rsidR="00306656" w:rsidRPr="000F4AB1">
        <w:rPr>
          <w:rFonts w:ascii="Aptos" w:hAnsi="Aptos"/>
          <w:color w:val="auto"/>
          <w:lang w:val="ro-RO"/>
        </w:rPr>
        <w:t xml:space="preserve"> / AUTORIZAȚII</w:t>
      </w:r>
    </w:p>
    <w:p w14:paraId="213095B5" w14:textId="19FD4CB3" w:rsidR="16877B65" w:rsidRPr="000F4AB1" w:rsidRDefault="000F4AB1" w:rsidP="17DF04B1">
      <w:pPr>
        <w:spacing w:line="240" w:lineRule="auto"/>
        <w:rPr>
          <w:rFonts w:ascii="Aptos" w:hAnsi="Aptos"/>
          <w:i/>
          <w:iCs/>
          <w:sz w:val="18"/>
          <w:szCs w:val="18"/>
          <w:lang w:val="ro-RO"/>
        </w:rPr>
      </w:pPr>
      <w:r w:rsidRPr="000F4AB1">
        <w:rPr>
          <w:rFonts w:ascii="Aptos" w:hAnsi="Aptos"/>
          <w:i/>
          <w:iCs/>
          <w:sz w:val="18"/>
          <w:szCs w:val="18"/>
          <w:lang w:val="ro-RO"/>
        </w:rPr>
        <w:t>(Te rugăm să completezi începând cu cea mai recentă formă de pregătire sau document obținut)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8"/>
        <w:gridCol w:w="3143"/>
        <w:gridCol w:w="2325"/>
        <w:gridCol w:w="1674"/>
      </w:tblGrid>
      <w:tr w:rsidR="000F4AB1" w:rsidRPr="000F4AB1" w14:paraId="4E658F42" w14:textId="4581F222" w:rsidTr="000F4AB1">
        <w:trPr>
          <w:trHeight w:val="300"/>
        </w:trPr>
        <w:tc>
          <w:tcPr>
            <w:tcW w:w="1636" w:type="dxa"/>
          </w:tcPr>
          <w:p w14:paraId="01A2BD7A" w14:textId="77777777" w:rsidR="000F4AB1" w:rsidRPr="000F4AB1" w:rsidRDefault="000F4AB1" w:rsidP="00BA1622">
            <w:pPr>
              <w:jc w:val="center"/>
              <w:rPr>
                <w:rFonts w:ascii="Aptos" w:hAnsi="Aptos"/>
                <w:lang w:val="ro-RO"/>
              </w:rPr>
            </w:pPr>
            <w:r w:rsidRPr="000F4AB1">
              <w:rPr>
                <w:rFonts w:ascii="Aptos" w:hAnsi="Aptos"/>
                <w:lang w:val="ro-RO"/>
              </w:rPr>
              <w:t xml:space="preserve">Perioadă </w:t>
            </w:r>
          </w:p>
          <w:p w14:paraId="7B14345D" w14:textId="47FE4B7C" w:rsidR="000F4AB1" w:rsidRPr="000F4AB1" w:rsidRDefault="000F4AB1" w:rsidP="00BA1622">
            <w:pPr>
              <w:jc w:val="center"/>
              <w:rPr>
                <w:rFonts w:ascii="Aptos" w:hAnsi="Aptos"/>
                <w:lang w:val="ro-RO"/>
              </w:rPr>
            </w:pPr>
            <w:r w:rsidRPr="000F4AB1">
              <w:rPr>
                <w:rFonts w:ascii="Aptos" w:hAnsi="Aptos"/>
                <w:lang w:val="ro-RO"/>
              </w:rPr>
              <w:t>(an-an)</w:t>
            </w:r>
          </w:p>
        </w:tc>
        <w:tc>
          <w:tcPr>
            <w:tcW w:w="3144" w:type="dxa"/>
          </w:tcPr>
          <w:p w14:paraId="5129DF3A" w14:textId="75AA1A3B" w:rsidR="000F4AB1" w:rsidRPr="000F4AB1" w:rsidRDefault="000F4AB1" w:rsidP="00BA1622">
            <w:pPr>
              <w:jc w:val="center"/>
              <w:rPr>
                <w:rFonts w:ascii="Aptos" w:hAnsi="Aptos"/>
                <w:lang w:val="ro-RO"/>
              </w:rPr>
            </w:pPr>
            <w:r w:rsidRPr="000F4AB1">
              <w:rPr>
                <w:rFonts w:ascii="Aptos" w:hAnsi="Aptos"/>
                <w:lang w:val="ro-RO"/>
              </w:rPr>
              <w:t>Tip document (diplomă/certificat/autorizație)</w:t>
            </w:r>
          </w:p>
        </w:tc>
        <w:tc>
          <w:tcPr>
            <w:tcW w:w="1965" w:type="dxa"/>
          </w:tcPr>
          <w:p w14:paraId="515C516C" w14:textId="1C8DE21E" w:rsidR="000F4AB1" w:rsidRPr="000F4AB1" w:rsidRDefault="000F4AB1" w:rsidP="00BA1622">
            <w:pPr>
              <w:jc w:val="center"/>
              <w:rPr>
                <w:rFonts w:ascii="Aptos" w:hAnsi="Aptos"/>
                <w:lang w:val="ro-RO"/>
              </w:rPr>
            </w:pPr>
            <w:r w:rsidRPr="000F4AB1">
              <w:rPr>
                <w:rFonts w:ascii="Aptos" w:hAnsi="Aptos"/>
                <w:lang w:val="ro-RO"/>
              </w:rPr>
              <w:t>Domeniu/Specializare</w:t>
            </w:r>
          </w:p>
        </w:tc>
        <w:tc>
          <w:tcPr>
            <w:tcW w:w="1885" w:type="dxa"/>
          </w:tcPr>
          <w:p w14:paraId="2532D946" w14:textId="5E218BD5" w:rsidR="000F4AB1" w:rsidRPr="000F4AB1" w:rsidRDefault="000F4AB1" w:rsidP="00BA1622">
            <w:pPr>
              <w:jc w:val="center"/>
              <w:rPr>
                <w:rFonts w:ascii="Aptos" w:hAnsi="Aptos"/>
                <w:lang w:val="ro-RO"/>
              </w:rPr>
            </w:pPr>
            <w:r w:rsidRPr="000F4AB1">
              <w:rPr>
                <w:rFonts w:ascii="Aptos" w:hAnsi="Aptos"/>
                <w:lang w:val="ro-RO"/>
              </w:rPr>
              <w:t>Unitatea emitentă</w:t>
            </w:r>
          </w:p>
        </w:tc>
      </w:tr>
      <w:tr w:rsidR="000F4AB1" w:rsidRPr="000F4AB1" w14:paraId="536FACCD" w14:textId="2AC605FB" w:rsidTr="000F4AB1">
        <w:trPr>
          <w:trHeight w:val="300"/>
        </w:trPr>
        <w:tc>
          <w:tcPr>
            <w:tcW w:w="1636" w:type="dxa"/>
          </w:tcPr>
          <w:p w14:paraId="2935B2FD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3144" w:type="dxa"/>
          </w:tcPr>
          <w:p w14:paraId="0C206FDA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965" w:type="dxa"/>
          </w:tcPr>
          <w:p w14:paraId="3C574748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885" w:type="dxa"/>
          </w:tcPr>
          <w:p w14:paraId="09E046D4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</w:tr>
      <w:tr w:rsidR="000F4AB1" w:rsidRPr="000F4AB1" w14:paraId="648DB6C7" w14:textId="7C09E1EB" w:rsidTr="000F4AB1">
        <w:trPr>
          <w:trHeight w:val="300"/>
        </w:trPr>
        <w:tc>
          <w:tcPr>
            <w:tcW w:w="1636" w:type="dxa"/>
          </w:tcPr>
          <w:p w14:paraId="7E450D8F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3144" w:type="dxa"/>
          </w:tcPr>
          <w:p w14:paraId="3A262607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965" w:type="dxa"/>
          </w:tcPr>
          <w:p w14:paraId="3D6E8400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885" w:type="dxa"/>
          </w:tcPr>
          <w:p w14:paraId="222CE956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</w:tr>
      <w:tr w:rsidR="000F4AB1" w:rsidRPr="000F4AB1" w14:paraId="6EDB8E09" w14:textId="77777777" w:rsidTr="000F4AB1">
        <w:trPr>
          <w:trHeight w:val="300"/>
        </w:trPr>
        <w:tc>
          <w:tcPr>
            <w:tcW w:w="1636" w:type="dxa"/>
          </w:tcPr>
          <w:p w14:paraId="003061FD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3144" w:type="dxa"/>
          </w:tcPr>
          <w:p w14:paraId="5B2BC867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965" w:type="dxa"/>
          </w:tcPr>
          <w:p w14:paraId="39B3F8AD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885" w:type="dxa"/>
          </w:tcPr>
          <w:p w14:paraId="4857E43B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</w:tr>
      <w:tr w:rsidR="000F4AB1" w:rsidRPr="000F4AB1" w14:paraId="148AD88F" w14:textId="77777777" w:rsidTr="000F4AB1">
        <w:trPr>
          <w:trHeight w:val="300"/>
        </w:trPr>
        <w:tc>
          <w:tcPr>
            <w:tcW w:w="1636" w:type="dxa"/>
          </w:tcPr>
          <w:p w14:paraId="18590CF6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3144" w:type="dxa"/>
          </w:tcPr>
          <w:p w14:paraId="2B52E5BA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965" w:type="dxa"/>
          </w:tcPr>
          <w:p w14:paraId="2643D86E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885" w:type="dxa"/>
          </w:tcPr>
          <w:p w14:paraId="13D2AEDC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</w:tr>
      <w:tr w:rsidR="000F4AB1" w:rsidRPr="000F4AB1" w14:paraId="1654B363" w14:textId="77777777" w:rsidTr="000F4AB1">
        <w:trPr>
          <w:trHeight w:val="300"/>
        </w:trPr>
        <w:tc>
          <w:tcPr>
            <w:tcW w:w="1636" w:type="dxa"/>
          </w:tcPr>
          <w:p w14:paraId="19A6B17A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3144" w:type="dxa"/>
          </w:tcPr>
          <w:p w14:paraId="2AF358FB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965" w:type="dxa"/>
          </w:tcPr>
          <w:p w14:paraId="54A96FD9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885" w:type="dxa"/>
          </w:tcPr>
          <w:p w14:paraId="0334A96F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</w:tr>
      <w:tr w:rsidR="000F4AB1" w:rsidRPr="000F4AB1" w14:paraId="4FC28F1A" w14:textId="77777777" w:rsidTr="000F4AB1">
        <w:trPr>
          <w:trHeight w:val="300"/>
        </w:trPr>
        <w:tc>
          <w:tcPr>
            <w:tcW w:w="1636" w:type="dxa"/>
          </w:tcPr>
          <w:p w14:paraId="3C49BF4D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3144" w:type="dxa"/>
          </w:tcPr>
          <w:p w14:paraId="743CCD41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965" w:type="dxa"/>
          </w:tcPr>
          <w:p w14:paraId="5B9B201C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885" w:type="dxa"/>
          </w:tcPr>
          <w:p w14:paraId="692BC8C8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</w:tr>
      <w:tr w:rsidR="000F4AB1" w:rsidRPr="000F4AB1" w14:paraId="07A1336E" w14:textId="77777777" w:rsidTr="000F4AB1">
        <w:trPr>
          <w:trHeight w:val="300"/>
        </w:trPr>
        <w:tc>
          <w:tcPr>
            <w:tcW w:w="1636" w:type="dxa"/>
          </w:tcPr>
          <w:p w14:paraId="4D887FD9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3144" w:type="dxa"/>
          </w:tcPr>
          <w:p w14:paraId="089D9921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965" w:type="dxa"/>
          </w:tcPr>
          <w:p w14:paraId="21082CAE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885" w:type="dxa"/>
          </w:tcPr>
          <w:p w14:paraId="51A6D0B3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</w:tr>
      <w:tr w:rsidR="000F4AB1" w:rsidRPr="000F4AB1" w14:paraId="180158E0" w14:textId="77777777" w:rsidTr="000F4AB1">
        <w:trPr>
          <w:trHeight w:val="300"/>
        </w:trPr>
        <w:tc>
          <w:tcPr>
            <w:tcW w:w="1636" w:type="dxa"/>
          </w:tcPr>
          <w:p w14:paraId="67F686EB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3144" w:type="dxa"/>
          </w:tcPr>
          <w:p w14:paraId="77A2D17D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965" w:type="dxa"/>
          </w:tcPr>
          <w:p w14:paraId="3C4BACBC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885" w:type="dxa"/>
          </w:tcPr>
          <w:p w14:paraId="3E2E79BF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</w:tr>
      <w:tr w:rsidR="000F4AB1" w:rsidRPr="000F4AB1" w14:paraId="268EF382" w14:textId="77777777" w:rsidTr="000F4AB1">
        <w:trPr>
          <w:trHeight w:val="300"/>
        </w:trPr>
        <w:tc>
          <w:tcPr>
            <w:tcW w:w="1636" w:type="dxa"/>
          </w:tcPr>
          <w:p w14:paraId="2F351C5E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3144" w:type="dxa"/>
          </w:tcPr>
          <w:p w14:paraId="238DFFE4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965" w:type="dxa"/>
          </w:tcPr>
          <w:p w14:paraId="199E9B15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1885" w:type="dxa"/>
          </w:tcPr>
          <w:p w14:paraId="74B03284" w14:textId="77777777" w:rsidR="000F4AB1" w:rsidRPr="000F4AB1" w:rsidRDefault="000F4AB1" w:rsidP="00BA1622">
            <w:pPr>
              <w:rPr>
                <w:rFonts w:ascii="Aptos" w:hAnsi="Aptos"/>
                <w:lang w:val="ro-RO"/>
              </w:rPr>
            </w:pPr>
          </w:p>
        </w:tc>
      </w:tr>
    </w:tbl>
    <w:p w14:paraId="5384A44A" w14:textId="77777777" w:rsidR="000F4AB1" w:rsidRPr="000F4AB1" w:rsidRDefault="000F4AB1" w:rsidP="17DF04B1">
      <w:pPr>
        <w:spacing w:line="240" w:lineRule="auto"/>
        <w:rPr>
          <w:rFonts w:ascii="Aptos" w:hAnsi="Aptos"/>
          <w:i/>
          <w:iCs/>
          <w:sz w:val="18"/>
          <w:szCs w:val="18"/>
          <w:lang w:val="ro-RO"/>
        </w:rPr>
      </w:pPr>
    </w:p>
    <w:p w14:paraId="5D4EB7E5" w14:textId="77777777" w:rsidR="000F4AB1" w:rsidRPr="000F4AB1" w:rsidRDefault="000F4AB1" w:rsidP="17DF04B1">
      <w:pPr>
        <w:spacing w:line="240" w:lineRule="auto"/>
        <w:rPr>
          <w:rFonts w:ascii="Aptos" w:hAnsi="Aptos"/>
          <w:i/>
          <w:iCs/>
          <w:sz w:val="18"/>
          <w:szCs w:val="18"/>
          <w:lang w:val="ro-RO"/>
        </w:rPr>
      </w:pPr>
    </w:p>
    <w:p w14:paraId="4FFE694C" w14:textId="717130F3" w:rsidR="00754D9B" w:rsidRPr="000F4AB1" w:rsidRDefault="001317C2" w:rsidP="00397391">
      <w:pPr>
        <w:pStyle w:val="Heading2"/>
        <w:spacing w:before="0" w:line="240" w:lineRule="auto"/>
        <w:rPr>
          <w:rFonts w:ascii="Aptos" w:hAnsi="Aptos"/>
          <w:color w:val="auto"/>
          <w:lang w:val="ro-RO"/>
        </w:rPr>
      </w:pPr>
      <w:r w:rsidRPr="000F4AB1">
        <w:rPr>
          <w:rFonts w:ascii="Aptos" w:hAnsi="Aptos"/>
          <w:color w:val="auto"/>
          <w:lang w:val="ro-RO"/>
        </w:rPr>
        <w:t>LIMBI STRĂINE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32"/>
        <w:gridCol w:w="4998"/>
      </w:tblGrid>
      <w:tr w:rsidR="2430DD82" w:rsidRPr="000F4AB1" w14:paraId="47488AF1" w14:textId="77777777" w:rsidTr="445F8891">
        <w:trPr>
          <w:trHeight w:val="300"/>
        </w:trPr>
        <w:tc>
          <w:tcPr>
            <w:tcW w:w="3720" w:type="dxa"/>
          </w:tcPr>
          <w:p w14:paraId="65AD4B9F" w14:textId="140ECB47" w:rsidR="2430DD82" w:rsidRPr="000F4AB1" w:rsidRDefault="006412CC" w:rsidP="2430DD82">
            <w:pPr>
              <w:jc w:val="center"/>
              <w:rPr>
                <w:rFonts w:ascii="Aptos" w:hAnsi="Aptos"/>
                <w:lang w:val="ro-RO"/>
              </w:rPr>
            </w:pPr>
            <w:r w:rsidRPr="000F4AB1">
              <w:rPr>
                <w:rFonts w:ascii="Aptos" w:hAnsi="Aptos"/>
                <w:lang w:val="ro-RO"/>
              </w:rPr>
              <w:t>Limbă străină</w:t>
            </w:r>
          </w:p>
        </w:tc>
        <w:tc>
          <w:tcPr>
            <w:tcW w:w="5136" w:type="dxa"/>
          </w:tcPr>
          <w:p w14:paraId="205C33E8" w14:textId="4646899A" w:rsidR="2430DD82" w:rsidRPr="000F4AB1" w:rsidRDefault="006412CC" w:rsidP="2430DD82">
            <w:pPr>
              <w:jc w:val="center"/>
              <w:rPr>
                <w:rFonts w:ascii="Aptos" w:hAnsi="Aptos"/>
                <w:lang w:val="ro-RO"/>
              </w:rPr>
            </w:pPr>
            <w:r w:rsidRPr="000F4AB1">
              <w:rPr>
                <w:rFonts w:ascii="Aptos" w:hAnsi="Aptos"/>
                <w:lang w:val="ro-RO"/>
              </w:rPr>
              <w:t>Nivel</w:t>
            </w:r>
          </w:p>
        </w:tc>
      </w:tr>
      <w:tr w:rsidR="2430DD82" w:rsidRPr="000F4AB1" w14:paraId="2776BE28" w14:textId="77777777" w:rsidTr="445F8891">
        <w:trPr>
          <w:trHeight w:val="300"/>
        </w:trPr>
        <w:tc>
          <w:tcPr>
            <w:tcW w:w="3720" w:type="dxa"/>
          </w:tcPr>
          <w:p w14:paraId="2B1EC596" w14:textId="77777777" w:rsidR="2430DD82" w:rsidRPr="000F4AB1" w:rsidRDefault="2430DD8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5136" w:type="dxa"/>
          </w:tcPr>
          <w:p w14:paraId="6AB6C961" w14:textId="77777777" w:rsidR="2430DD82" w:rsidRPr="000F4AB1" w:rsidRDefault="2430DD82">
            <w:pPr>
              <w:rPr>
                <w:rFonts w:ascii="Aptos" w:hAnsi="Aptos"/>
                <w:lang w:val="ro-RO"/>
              </w:rPr>
            </w:pPr>
          </w:p>
        </w:tc>
      </w:tr>
      <w:tr w:rsidR="2430DD82" w:rsidRPr="000F4AB1" w14:paraId="7C92499A" w14:textId="77777777" w:rsidTr="445F8891">
        <w:trPr>
          <w:trHeight w:val="300"/>
        </w:trPr>
        <w:tc>
          <w:tcPr>
            <w:tcW w:w="3720" w:type="dxa"/>
          </w:tcPr>
          <w:p w14:paraId="5E2D7268" w14:textId="77777777" w:rsidR="2430DD82" w:rsidRPr="000F4AB1" w:rsidRDefault="2430DD8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5136" w:type="dxa"/>
          </w:tcPr>
          <w:p w14:paraId="3C227DF7" w14:textId="77777777" w:rsidR="2430DD82" w:rsidRPr="000F4AB1" w:rsidRDefault="2430DD82">
            <w:pPr>
              <w:rPr>
                <w:rFonts w:ascii="Aptos" w:hAnsi="Aptos"/>
                <w:lang w:val="ro-RO"/>
              </w:rPr>
            </w:pPr>
          </w:p>
        </w:tc>
      </w:tr>
    </w:tbl>
    <w:p w14:paraId="7FE9FAC1" w14:textId="5CBEBD31" w:rsidR="00397391" w:rsidRPr="000F4AB1" w:rsidRDefault="00397391" w:rsidP="3108198E">
      <w:pPr>
        <w:spacing w:line="240" w:lineRule="auto"/>
        <w:rPr>
          <w:rFonts w:ascii="Aptos" w:hAnsi="Aptos"/>
          <w:lang w:val="ro-RO"/>
        </w:rPr>
      </w:pPr>
    </w:p>
    <w:p w14:paraId="1A69B8FB" w14:textId="0B68E4D5" w:rsidR="006412CC" w:rsidRPr="000F4AB1" w:rsidRDefault="006412CC" w:rsidP="006412CC">
      <w:pPr>
        <w:pStyle w:val="Heading2"/>
        <w:spacing w:before="0" w:line="240" w:lineRule="auto"/>
        <w:rPr>
          <w:rFonts w:ascii="Aptos" w:hAnsi="Aptos"/>
          <w:color w:val="auto"/>
          <w:lang w:val="ro-RO"/>
        </w:rPr>
      </w:pPr>
      <w:r w:rsidRPr="000F4AB1">
        <w:rPr>
          <w:rFonts w:ascii="Aptos" w:hAnsi="Aptos"/>
          <w:color w:val="auto"/>
          <w:lang w:val="ro-RO"/>
        </w:rPr>
        <w:t>COMPETENȚE: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43"/>
        <w:gridCol w:w="4987"/>
      </w:tblGrid>
      <w:tr w:rsidR="006412CC" w:rsidRPr="000F4AB1" w14:paraId="7118D821" w14:textId="77777777" w:rsidTr="00BA1622">
        <w:trPr>
          <w:trHeight w:val="300"/>
        </w:trPr>
        <w:tc>
          <w:tcPr>
            <w:tcW w:w="3720" w:type="dxa"/>
          </w:tcPr>
          <w:p w14:paraId="64EA328C" w14:textId="0A8276C4" w:rsidR="006412CC" w:rsidRPr="000F4AB1" w:rsidRDefault="006412CC" w:rsidP="00BA1622">
            <w:pPr>
              <w:jc w:val="center"/>
              <w:rPr>
                <w:rFonts w:ascii="Aptos" w:hAnsi="Aptos"/>
                <w:lang w:val="ro-RO"/>
              </w:rPr>
            </w:pPr>
            <w:r w:rsidRPr="000F4AB1">
              <w:rPr>
                <w:rFonts w:ascii="Aptos" w:hAnsi="Aptos"/>
                <w:lang w:val="ro-RO"/>
              </w:rPr>
              <w:t xml:space="preserve">Competență </w:t>
            </w:r>
          </w:p>
        </w:tc>
        <w:tc>
          <w:tcPr>
            <w:tcW w:w="5136" w:type="dxa"/>
          </w:tcPr>
          <w:p w14:paraId="07A21C00" w14:textId="2BA9DA11" w:rsidR="006412CC" w:rsidRPr="000F4AB1" w:rsidRDefault="006412CC" w:rsidP="00BA1622">
            <w:pPr>
              <w:jc w:val="center"/>
              <w:rPr>
                <w:rFonts w:ascii="Aptos" w:hAnsi="Aptos"/>
                <w:lang w:val="ro-RO"/>
              </w:rPr>
            </w:pPr>
            <w:r w:rsidRPr="000F4AB1">
              <w:rPr>
                <w:rFonts w:ascii="Aptos" w:hAnsi="Aptos"/>
                <w:lang w:val="ro-RO"/>
              </w:rPr>
              <w:t>Nivel</w:t>
            </w:r>
          </w:p>
        </w:tc>
      </w:tr>
      <w:tr w:rsidR="006412CC" w:rsidRPr="000F4AB1" w14:paraId="2098351D" w14:textId="77777777" w:rsidTr="00BA1622">
        <w:trPr>
          <w:trHeight w:val="300"/>
        </w:trPr>
        <w:tc>
          <w:tcPr>
            <w:tcW w:w="3720" w:type="dxa"/>
          </w:tcPr>
          <w:p w14:paraId="612869AA" w14:textId="77777777" w:rsidR="006412CC" w:rsidRPr="000F4AB1" w:rsidRDefault="006412CC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5136" w:type="dxa"/>
          </w:tcPr>
          <w:p w14:paraId="666A8C60" w14:textId="77777777" w:rsidR="006412CC" w:rsidRPr="000F4AB1" w:rsidRDefault="006412CC" w:rsidP="00BA1622">
            <w:pPr>
              <w:rPr>
                <w:rFonts w:ascii="Aptos" w:hAnsi="Aptos"/>
                <w:lang w:val="ro-RO"/>
              </w:rPr>
            </w:pPr>
          </w:p>
        </w:tc>
      </w:tr>
      <w:tr w:rsidR="006412CC" w:rsidRPr="000F4AB1" w14:paraId="21446C06" w14:textId="77777777" w:rsidTr="00BA1622">
        <w:trPr>
          <w:trHeight w:val="300"/>
        </w:trPr>
        <w:tc>
          <w:tcPr>
            <w:tcW w:w="3720" w:type="dxa"/>
          </w:tcPr>
          <w:p w14:paraId="0A3A6524" w14:textId="77777777" w:rsidR="006412CC" w:rsidRPr="000F4AB1" w:rsidRDefault="006412CC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5136" w:type="dxa"/>
          </w:tcPr>
          <w:p w14:paraId="7D46D41E" w14:textId="77777777" w:rsidR="006412CC" w:rsidRPr="000F4AB1" w:rsidRDefault="006412CC" w:rsidP="00BA1622">
            <w:pPr>
              <w:rPr>
                <w:rFonts w:ascii="Aptos" w:hAnsi="Aptos"/>
                <w:lang w:val="ro-RO"/>
              </w:rPr>
            </w:pPr>
          </w:p>
        </w:tc>
      </w:tr>
      <w:tr w:rsidR="0012312E" w:rsidRPr="000F4AB1" w14:paraId="358972E2" w14:textId="77777777" w:rsidTr="00BA1622">
        <w:trPr>
          <w:trHeight w:val="300"/>
        </w:trPr>
        <w:tc>
          <w:tcPr>
            <w:tcW w:w="3720" w:type="dxa"/>
          </w:tcPr>
          <w:p w14:paraId="22E8BC27" w14:textId="77777777" w:rsidR="0012312E" w:rsidRPr="000F4AB1" w:rsidRDefault="0012312E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5136" w:type="dxa"/>
          </w:tcPr>
          <w:p w14:paraId="5586F59D" w14:textId="77777777" w:rsidR="0012312E" w:rsidRPr="000F4AB1" w:rsidRDefault="0012312E" w:rsidP="00BA1622">
            <w:pPr>
              <w:rPr>
                <w:rFonts w:ascii="Aptos" w:hAnsi="Aptos"/>
                <w:lang w:val="ro-RO"/>
              </w:rPr>
            </w:pPr>
          </w:p>
        </w:tc>
      </w:tr>
      <w:tr w:rsidR="0012312E" w:rsidRPr="000F4AB1" w14:paraId="6A5C4503" w14:textId="77777777" w:rsidTr="00BA1622">
        <w:trPr>
          <w:trHeight w:val="300"/>
        </w:trPr>
        <w:tc>
          <w:tcPr>
            <w:tcW w:w="3720" w:type="dxa"/>
          </w:tcPr>
          <w:p w14:paraId="4E9E4301" w14:textId="77777777" w:rsidR="0012312E" w:rsidRPr="000F4AB1" w:rsidRDefault="0012312E" w:rsidP="00BA1622">
            <w:pPr>
              <w:rPr>
                <w:rFonts w:ascii="Aptos" w:hAnsi="Aptos"/>
                <w:lang w:val="ro-RO"/>
              </w:rPr>
            </w:pPr>
          </w:p>
        </w:tc>
        <w:tc>
          <w:tcPr>
            <w:tcW w:w="5136" w:type="dxa"/>
          </w:tcPr>
          <w:p w14:paraId="287D4F69" w14:textId="77777777" w:rsidR="0012312E" w:rsidRPr="000F4AB1" w:rsidRDefault="0012312E" w:rsidP="00BA1622">
            <w:pPr>
              <w:rPr>
                <w:rFonts w:ascii="Aptos" w:hAnsi="Aptos"/>
                <w:lang w:val="ro-RO"/>
              </w:rPr>
            </w:pPr>
          </w:p>
        </w:tc>
      </w:tr>
    </w:tbl>
    <w:p w14:paraId="7E97A389" w14:textId="77777777" w:rsidR="006412CC" w:rsidRPr="000F4AB1" w:rsidRDefault="006412CC" w:rsidP="00B27176">
      <w:pPr>
        <w:spacing w:line="240" w:lineRule="auto"/>
        <w:rPr>
          <w:rFonts w:ascii="Aptos" w:hAnsi="Aptos"/>
          <w:lang w:val="ro-RO"/>
        </w:rPr>
      </w:pPr>
    </w:p>
    <w:sectPr w:rsidR="006412CC" w:rsidRPr="000F4AB1" w:rsidSect="00B2717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563825"/>
    <w:multiLevelType w:val="hybridMultilevel"/>
    <w:tmpl w:val="BCC0B9CE"/>
    <w:lvl w:ilvl="0" w:tplc="095A0B3E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F560D7"/>
    <w:multiLevelType w:val="hybridMultilevel"/>
    <w:tmpl w:val="FFFFFFFF"/>
    <w:lvl w:ilvl="0" w:tplc="8222DA18">
      <w:start w:val="1"/>
      <w:numFmt w:val="decimal"/>
      <w:lvlText w:val="%1."/>
      <w:lvlJc w:val="left"/>
      <w:pPr>
        <w:ind w:left="720" w:hanging="360"/>
      </w:pPr>
    </w:lvl>
    <w:lvl w:ilvl="1" w:tplc="56EACA26">
      <w:start w:val="1"/>
      <w:numFmt w:val="lowerLetter"/>
      <w:lvlText w:val="%2."/>
      <w:lvlJc w:val="left"/>
      <w:pPr>
        <w:ind w:left="1440" w:hanging="360"/>
      </w:pPr>
    </w:lvl>
    <w:lvl w:ilvl="2" w:tplc="C400F002">
      <w:start w:val="1"/>
      <w:numFmt w:val="lowerRoman"/>
      <w:lvlText w:val="%3."/>
      <w:lvlJc w:val="right"/>
      <w:pPr>
        <w:ind w:left="2160" w:hanging="180"/>
      </w:pPr>
    </w:lvl>
    <w:lvl w:ilvl="3" w:tplc="425665CC">
      <w:start w:val="1"/>
      <w:numFmt w:val="decimal"/>
      <w:lvlText w:val="%4."/>
      <w:lvlJc w:val="left"/>
      <w:pPr>
        <w:ind w:left="2880" w:hanging="360"/>
      </w:pPr>
    </w:lvl>
    <w:lvl w:ilvl="4" w:tplc="B8808BF6">
      <w:start w:val="1"/>
      <w:numFmt w:val="lowerLetter"/>
      <w:lvlText w:val="%5."/>
      <w:lvlJc w:val="left"/>
      <w:pPr>
        <w:ind w:left="3600" w:hanging="360"/>
      </w:pPr>
    </w:lvl>
    <w:lvl w:ilvl="5" w:tplc="EBCCA914">
      <w:start w:val="1"/>
      <w:numFmt w:val="lowerRoman"/>
      <w:lvlText w:val="%6."/>
      <w:lvlJc w:val="right"/>
      <w:pPr>
        <w:ind w:left="4320" w:hanging="180"/>
      </w:pPr>
    </w:lvl>
    <w:lvl w:ilvl="6" w:tplc="E9D641A2">
      <w:start w:val="1"/>
      <w:numFmt w:val="decimal"/>
      <w:lvlText w:val="%7."/>
      <w:lvlJc w:val="left"/>
      <w:pPr>
        <w:ind w:left="5040" w:hanging="360"/>
      </w:pPr>
    </w:lvl>
    <w:lvl w:ilvl="7" w:tplc="5D8C1F9A">
      <w:start w:val="1"/>
      <w:numFmt w:val="lowerLetter"/>
      <w:lvlText w:val="%8."/>
      <w:lvlJc w:val="left"/>
      <w:pPr>
        <w:ind w:left="5760" w:hanging="360"/>
      </w:pPr>
    </w:lvl>
    <w:lvl w:ilvl="8" w:tplc="D646D10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EB5BD9"/>
    <w:multiLevelType w:val="hybridMultilevel"/>
    <w:tmpl w:val="FFFFFFFF"/>
    <w:lvl w:ilvl="0" w:tplc="0F3CAEA4">
      <w:start w:val="1"/>
      <w:numFmt w:val="decimal"/>
      <w:lvlText w:val="%1."/>
      <w:lvlJc w:val="left"/>
      <w:pPr>
        <w:ind w:left="720" w:hanging="360"/>
      </w:pPr>
    </w:lvl>
    <w:lvl w:ilvl="1" w:tplc="5084279A">
      <w:start w:val="1"/>
      <w:numFmt w:val="lowerLetter"/>
      <w:lvlText w:val="%2."/>
      <w:lvlJc w:val="left"/>
      <w:pPr>
        <w:ind w:left="1440" w:hanging="360"/>
      </w:pPr>
    </w:lvl>
    <w:lvl w:ilvl="2" w:tplc="B19E7CE0">
      <w:start w:val="1"/>
      <w:numFmt w:val="lowerRoman"/>
      <w:lvlText w:val="%3."/>
      <w:lvlJc w:val="right"/>
      <w:pPr>
        <w:ind w:left="2160" w:hanging="180"/>
      </w:pPr>
    </w:lvl>
    <w:lvl w:ilvl="3" w:tplc="03A8AFBC">
      <w:start w:val="1"/>
      <w:numFmt w:val="decimal"/>
      <w:lvlText w:val="%4."/>
      <w:lvlJc w:val="left"/>
      <w:pPr>
        <w:ind w:left="2880" w:hanging="360"/>
      </w:pPr>
    </w:lvl>
    <w:lvl w:ilvl="4" w:tplc="5A943EC0">
      <w:start w:val="1"/>
      <w:numFmt w:val="lowerLetter"/>
      <w:lvlText w:val="%5."/>
      <w:lvlJc w:val="left"/>
      <w:pPr>
        <w:ind w:left="3600" w:hanging="360"/>
      </w:pPr>
    </w:lvl>
    <w:lvl w:ilvl="5" w:tplc="984E4C68">
      <w:start w:val="1"/>
      <w:numFmt w:val="lowerRoman"/>
      <w:lvlText w:val="%6."/>
      <w:lvlJc w:val="right"/>
      <w:pPr>
        <w:ind w:left="4320" w:hanging="180"/>
      </w:pPr>
    </w:lvl>
    <w:lvl w:ilvl="6" w:tplc="A6A6A344">
      <w:start w:val="1"/>
      <w:numFmt w:val="decimal"/>
      <w:lvlText w:val="%7."/>
      <w:lvlJc w:val="left"/>
      <w:pPr>
        <w:ind w:left="5040" w:hanging="360"/>
      </w:pPr>
    </w:lvl>
    <w:lvl w:ilvl="7" w:tplc="EE888572">
      <w:start w:val="1"/>
      <w:numFmt w:val="lowerLetter"/>
      <w:lvlText w:val="%8."/>
      <w:lvlJc w:val="left"/>
      <w:pPr>
        <w:ind w:left="5760" w:hanging="360"/>
      </w:pPr>
    </w:lvl>
    <w:lvl w:ilvl="8" w:tplc="0C2669FE">
      <w:start w:val="1"/>
      <w:numFmt w:val="lowerRoman"/>
      <w:lvlText w:val="%9."/>
      <w:lvlJc w:val="right"/>
      <w:pPr>
        <w:ind w:left="6480" w:hanging="180"/>
      </w:pPr>
    </w:lvl>
  </w:abstractNum>
  <w:num w:numId="1" w16cid:durableId="1332759236">
    <w:abstractNumId w:val="8"/>
  </w:num>
  <w:num w:numId="2" w16cid:durableId="1402869404">
    <w:abstractNumId w:val="6"/>
  </w:num>
  <w:num w:numId="3" w16cid:durableId="959602600">
    <w:abstractNumId w:val="5"/>
  </w:num>
  <w:num w:numId="4" w16cid:durableId="108134625">
    <w:abstractNumId w:val="4"/>
  </w:num>
  <w:num w:numId="5" w16cid:durableId="79833996">
    <w:abstractNumId w:val="7"/>
  </w:num>
  <w:num w:numId="6" w16cid:durableId="1709376673">
    <w:abstractNumId w:val="3"/>
  </w:num>
  <w:num w:numId="7" w16cid:durableId="973871405">
    <w:abstractNumId w:val="2"/>
  </w:num>
  <w:num w:numId="8" w16cid:durableId="697045833">
    <w:abstractNumId w:val="1"/>
  </w:num>
  <w:num w:numId="9" w16cid:durableId="1294285718">
    <w:abstractNumId w:val="0"/>
  </w:num>
  <w:num w:numId="10" w16cid:durableId="559899554">
    <w:abstractNumId w:val="9"/>
  </w:num>
  <w:num w:numId="11" w16cid:durableId="951978309">
    <w:abstractNumId w:val="11"/>
  </w:num>
  <w:num w:numId="12" w16cid:durableId="198157496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0CC"/>
    <w:rsid w:val="0000231E"/>
    <w:rsid w:val="00002F59"/>
    <w:rsid w:val="00004811"/>
    <w:rsid w:val="000222ED"/>
    <w:rsid w:val="00031032"/>
    <w:rsid w:val="00034616"/>
    <w:rsid w:val="000374DB"/>
    <w:rsid w:val="00037D90"/>
    <w:rsid w:val="000407A8"/>
    <w:rsid w:val="0004128E"/>
    <w:rsid w:val="00050CB8"/>
    <w:rsid w:val="0006063C"/>
    <w:rsid w:val="0006278B"/>
    <w:rsid w:val="000669E6"/>
    <w:rsid w:val="00071D7A"/>
    <w:rsid w:val="00071DE9"/>
    <w:rsid w:val="00077B69"/>
    <w:rsid w:val="00083BDC"/>
    <w:rsid w:val="00097323"/>
    <w:rsid w:val="000A22A8"/>
    <w:rsid w:val="000B4563"/>
    <w:rsid w:val="000C4557"/>
    <w:rsid w:val="000D4A0A"/>
    <w:rsid w:val="000D5046"/>
    <w:rsid w:val="000E09BD"/>
    <w:rsid w:val="000E3C2F"/>
    <w:rsid w:val="000E46DA"/>
    <w:rsid w:val="000E783E"/>
    <w:rsid w:val="000F16C6"/>
    <w:rsid w:val="000F3138"/>
    <w:rsid w:val="000F3CB9"/>
    <w:rsid w:val="000F4AB1"/>
    <w:rsid w:val="000F6390"/>
    <w:rsid w:val="00100311"/>
    <w:rsid w:val="001010A9"/>
    <w:rsid w:val="00105AC9"/>
    <w:rsid w:val="00106CFC"/>
    <w:rsid w:val="00110F88"/>
    <w:rsid w:val="00113646"/>
    <w:rsid w:val="00115A60"/>
    <w:rsid w:val="00120936"/>
    <w:rsid w:val="00120CBC"/>
    <w:rsid w:val="0012312E"/>
    <w:rsid w:val="00123B38"/>
    <w:rsid w:val="00124D90"/>
    <w:rsid w:val="001276A8"/>
    <w:rsid w:val="001317C2"/>
    <w:rsid w:val="0013654E"/>
    <w:rsid w:val="001379D9"/>
    <w:rsid w:val="00137FB8"/>
    <w:rsid w:val="00141E7E"/>
    <w:rsid w:val="0015074B"/>
    <w:rsid w:val="0016650C"/>
    <w:rsid w:val="00166634"/>
    <w:rsid w:val="001739FD"/>
    <w:rsid w:val="0017631F"/>
    <w:rsid w:val="00185109"/>
    <w:rsid w:val="00185266"/>
    <w:rsid w:val="00187E63"/>
    <w:rsid w:val="001A5D9D"/>
    <w:rsid w:val="001A6B0E"/>
    <w:rsid w:val="001A7AAD"/>
    <w:rsid w:val="001B31D6"/>
    <w:rsid w:val="001B3847"/>
    <w:rsid w:val="001B5185"/>
    <w:rsid w:val="001C1E3E"/>
    <w:rsid w:val="001C3F43"/>
    <w:rsid w:val="001D190E"/>
    <w:rsid w:val="001D2CC0"/>
    <w:rsid w:val="001E2E4F"/>
    <w:rsid w:val="001E3026"/>
    <w:rsid w:val="001E3036"/>
    <w:rsid w:val="001E3675"/>
    <w:rsid w:val="001E5E13"/>
    <w:rsid w:val="001F5D76"/>
    <w:rsid w:val="001F718F"/>
    <w:rsid w:val="00202A22"/>
    <w:rsid w:val="00203D1B"/>
    <w:rsid w:val="002115F2"/>
    <w:rsid w:val="00211A10"/>
    <w:rsid w:val="00213206"/>
    <w:rsid w:val="002151D2"/>
    <w:rsid w:val="002269B9"/>
    <w:rsid w:val="00227441"/>
    <w:rsid w:val="002300EC"/>
    <w:rsid w:val="00233624"/>
    <w:rsid w:val="00233F39"/>
    <w:rsid w:val="0023774A"/>
    <w:rsid w:val="00257C11"/>
    <w:rsid w:val="00262B41"/>
    <w:rsid w:val="00274AA8"/>
    <w:rsid w:val="00275992"/>
    <w:rsid w:val="002771DF"/>
    <w:rsid w:val="00279B07"/>
    <w:rsid w:val="00280A37"/>
    <w:rsid w:val="00280C51"/>
    <w:rsid w:val="00281FDA"/>
    <w:rsid w:val="0028548E"/>
    <w:rsid w:val="0029639D"/>
    <w:rsid w:val="002A102A"/>
    <w:rsid w:val="002A2710"/>
    <w:rsid w:val="002A5B8D"/>
    <w:rsid w:val="002B75B3"/>
    <w:rsid w:val="002C59BA"/>
    <w:rsid w:val="002C6216"/>
    <w:rsid w:val="002C6609"/>
    <w:rsid w:val="002C76D0"/>
    <w:rsid w:val="002E06DF"/>
    <w:rsid w:val="002E282B"/>
    <w:rsid w:val="002E7822"/>
    <w:rsid w:val="002F0610"/>
    <w:rsid w:val="002F1348"/>
    <w:rsid w:val="002F4C30"/>
    <w:rsid w:val="002F4E5C"/>
    <w:rsid w:val="002F7175"/>
    <w:rsid w:val="002F7366"/>
    <w:rsid w:val="00304790"/>
    <w:rsid w:val="00305CDC"/>
    <w:rsid w:val="00306656"/>
    <w:rsid w:val="003108D3"/>
    <w:rsid w:val="00310E3E"/>
    <w:rsid w:val="00320220"/>
    <w:rsid w:val="003236A9"/>
    <w:rsid w:val="0032439A"/>
    <w:rsid w:val="00325D2F"/>
    <w:rsid w:val="00326F90"/>
    <w:rsid w:val="0032D005"/>
    <w:rsid w:val="00331850"/>
    <w:rsid w:val="00332F82"/>
    <w:rsid w:val="00335E0F"/>
    <w:rsid w:val="00341BDC"/>
    <w:rsid w:val="003567A4"/>
    <w:rsid w:val="003620A5"/>
    <w:rsid w:val="003664B3"/>
    <w:rsid w:val="00367AC8"/>
    <w:rsid w:val="0037180D"/>
    <w:rsid w:val="00374F8E"/>
    <w:rsid w:val="0037621B"/>
    <w:rsid w:val="003800CA"/>
    <w:rsid w:val="0039238E"/>
    <w:rsid w:val="00397391"/>
    <w:rsid w:val="003A4607"/>
    <w:rsid w:val="003B62FD"/>
    <w:rsid w:val="003C03D2"/>
    <w:rsid w:val="003C2C63"/>
    <w:rsid w:val="003C3157"/>
    <w:rsid w:val="003C4440"/>
    <w:rsid w:val="003C4A15"/>
    <w:rsid w:val="003C507A"/>
    <w:rsid w:val="003C6A29"/>
    <w:rsid w:val="003D31C1"/>
    <w:rsid w:val="003D3F6E"/>
    <w:rsid w:val="003D4415"/>
    <w:rsid w:val="003D4EF3"/>
    <w:rsid w:val="003D7139"/>
    <w:rsid w:val="003D757F"/>
    <w:rsid w:val="003F1E40"/>
    <w:rsid w:val="003F626E"/>
    <w:rsid w:val="004043EC"/>
    <w:rsid w:val="004044C2"/>
    <w:rsid w:val="00412347"/>
    <w:rsid w:val="00414E69"/>
    <w:rsid w:val="00417918"/>
    <w:rsid w:val="004344F9"/>
    <w:rsid w:val="004411A2"/>
    <w:rsid w:val="00444092"/>
    <w:rsid w:val="00457DFB"/>
    <w:rsid w:val="00461284"/>
    <w:rsid w:val="00463173"/>
    <w:rsid w:val="00473C64"/>
    <w:rsid w:val="004771F1"/>
    <w:rsid w:val="0048201E"/>
    <w:rsid w:val="00482B6C"/>
    <w:rsid w:val="004933B4"/>
    <w:rsid w:val="00495770"/>
    <w:rsid w:val="00497704"/>
    <w:rsid w:val="004A6898"/>
    <w:rsid w:val="004B3E7F"/>
    <w:rsid w:val="004C07D9"/>
    <w:rsid w:val="004C3956"/>
    <w:rsid w:val="004C4453"/>
    <w:rsid w:val="004D401D"/>
    <w:rsid w:val="004D451E"/>
    <w:rsid w:val="004E114D"/>
    <w:rsid w:val="004F0642"/>
    <w:rsid w:val="004F3921"/>
    <w:rsid w:val="004F6F60"/>
    <w:rsid w:val="005046B8"/>
    <w:rsid w:val="0051086B"/>
    <w:rsid w:val="005166CC"/>
    <w:rsid w:val="005265F7"/>
    <w:rsid w:val="00536363"/>
    <w:rsid w:val="00536602"/>
    <w:rsid w:val="005420CD"/>
    <w:rsid w:val="00547B78"/>
    <w:rsid w:val="00552F45"/>
    <w:rsid w:val="00560DA2"/>
    <w:rsid w:val="00560E8A"/>
    <w:rsid w:val="00562635"/>
    <w:rsid w:val="00565FD9"/>
    <w:rsid w:val="00573D74"/>
    <w:rsid w:val="00576A61"/>
    <w:rsid w:val="00577A2C"/>
    <w:rsid w:val="005878F6"/>
    <w:rsid w:val="00591B45"/>
    <w:rsid w:val="005A0304"/>
    <w:rsid w:val="005A21F9"/>
    <w:rsid w:val="005A2D36"/>
    <w:rsid w:val="005A3A6E"/>
    <w:rsid w:val="005A4A6D"/>
    <w:rsid w:val="005A70AD"/>
    <w:rsid w:val="005B4541"/>
    <w:rsid w:val="005B4721"/>
    <w:rsid w:val="005B6CC0"/>
    <w:rsid w:val="005C0DD5"/>
    <w:rsid w:val="005C2576"/>
    <w:rsid w:val="005C50DC"/>
    <w:rsid w:val="005D2141"/>
    <w:rsid w:val="005E135E"/>
    <w:rsid w:val="005E26F3"/>
    <w:rsid w:val="005E60A5"/>
    <w:rsid w:val="005F1915"/>
    <w:rsid w:val="005F53B2"/>
    <w:rsid w:val="006035A8"/>
    <w:rsid w:val="00604CEE"/>
    <w:rsid w:val="00613550"/>
    <w:rsid w:val="006137EA"/>
    <w:rsid w:val="006150A3"/>
    <w:rsid w:val="00615975"/>
    <w:rsid w:val="00616FAA"/>
    <w:rsid w:val="00623093"/>
    <w:rsid w:val="00626869"/>
    <w:rsid w:val="00631D9D"/>
    <w:rsid w:val="00632C22"/>
    <w:rsid w:val="006412CC"/>
    <w:rsid w:val="00646A08"/>
    <w:rsid w:val="00655E6F"/>
    <w:rsid w:val="0065798D"/>
    <w:rsid w:val="00672F96"/>
    <w:rsid w:val="0067305F"/>
    <w:rsid w:val="00677AD9"/>
    <w:rsid w:val="00682740"/>
    <w:rsid w:val="006833DE"/>
    <w:rsid w:val="006851CB"/>
    <w:rsid w:val="0069192E"/>
    <w:rsid w:val="00691F8C"/>
    <w:rsid w:val="006A06C7"/>
    <w:rsid w:val="006A3E58"/>
    <w:rsid w:val="006A48DD"/>
    <w:rsid w:val="006B0227"/>
    <w:rsid w:val="006B2706"/>
    <w:rsid w:val="006B3330"/>
    <w:rsid w:val="006B47D7"/>
    <w:rsid w:val="006C0725"/>
    <w:rsid w:val="006C0C76"/>
    <w:rsid w:val="006C0DD5"/>
    <w:rsid w:val="006C1215"/>
    <w:rsid w:val="006C190A"/>
    <w:rsid w:val="006C22B9"/>
    <w:rsid w:val="006D2AF3"/>
    <w:rsid w:val="006E43D5"/>
    <w:rsid w:val="006E4833"/>
    <w:rsid w:val="006F0FB5"/>
    <w:rsid w:val="006F2001"/>
    <w:rsid w:val="006F5995"/>
    <w:rsid w:val="006F7936"/>
    <w:rsid w:val="006F7FD1"/>
    <w:rsid w:val="00701233"/>
    <w:rsid w:val="00701260"/>
    <w:rsid w:val="00702C3F"/>
    <w:rsid w:val="007058A6"/>
    <w:rsid w:val="00706FD5"/>
    <w:rsid w:val="00707261"/>
    <w:rsid w:val="007112BF"/>
    <w:rsid w:val="0071716C"/>
    <w:rsid w:val="007251A0"/>
    <w:rsid w:val="007336FD"/>
    <w:rsid w:val="00735576"/>
    <w:rsid w:val="0074032A"/>
    <w:rsid w:val="00740C25"/>
    <w:rsid w:val="00740C84"/>
    <w:rsid w:val="00742050"/>
    <w:rsid w:val="0074673B"/>
    <w:rsid w:val="00753D67"/>
    <w:rsid w:val="00754D9B"/>
    <w:rsid w:val="00760E89"/>
    <w:rsid w:val="007651A3"/>
    <w:rsid w:val="00766C31"/>
    <w:rsid w:val="00771FEB"/>
    <w:rsid w:val="0077296A"/>
    <w:rsid w:val="0077332C"/>
    <w:rsid w:val="00773A35"/>
    <w:rsid w:val="00773E0D"/>
    <w:rsid w:val="00773FCE"/>
    <w:rsid w:val="00774DD9"/>
    <w:rsid w:val="00775C2E"/>
    <w:rsid w:val="007803A4"/>
    <w:rsid w:val="007824A2"/>
    <w:rsid w:val="007911D4"/>
    <w:rsid w:val="00792DDF"/>
    <w:rsid w:val="00795DB2"/>
    <w:rsid w:val="00796A41"/>
    <w:rsid w:val="007A3E5D"/>
    <w:rsid w:val="007A7899"/>
    <w:rsid w:val="007B0B46"/>
    <w:rsid w:val="007B543C"/>
    <w:rsid w:val="007C4AF7"/>
    <w:rsid w:val="007C5661"/>
    <w:rsid w:val="007D005E"/>
    <w:rsid w:val="007D5514"/>
    <w:rsid w:val="007E538E"/>
    <w:rsid w:val="007F0F0E"/>
    <w:rsid w:val="007F20EB"/>
    <w:rsid w:val="007F4049"/>
    <w:rsid w:val="007F73F0"/>
    <w:rsid w:val="008022E9"/>
    <w:rsid w:val="00803044"/>
    <w:rsid w:val="00805427"/>
    <w:rsid w:val="00805711"/>
    <w:rsid w:val="0081537D"/>
    <w:rsid w:val="008159B7"/>
    <w:rsid w:val="00820607"/>
    <w:rsid w:val="0082612F"/>
    <w:rsid w:val="0082697D"/>
    <w:rsid w:val="00827AF0"/>
    <w:rsid w:val="008302BE"/>
    <w:rsid w:val="00830456"/>
    <w:rsid w:val="0084035B"/>
    <w:rsid w:val="008439DF"/>
    <w:rsid w:val="008452FC"/>
    <w:rsid w:val="00847994"/>
    <w:rsid w:val="00851334"/>
    <w:rsid w:val="00853DD6"/>
    <w:rsid w:val="00862497"/>
    <w:rsid w:val="00883882"/>
    <w:rsid w:val="0088685E"/>
    <w:rsid w:val="00893BAF"/>
    <w:rsid w:val="008978C9"/>
    <w:rsid w:val="008A55DA"/>
    <w:rsid w:val="008A7805"/>
    <w:rsid w:val="008B2E9A"/>
    <w:rsid w:val="008B3C4B"/>
    <w:rsid w:val="008B48DC"/>
    <w:rsid w:val="008C01E1"/>
    <w:rsid w:val="008C1B7A"/>
    <w:rsid w:val="008C35C9"/>
    <w:rsid w:val="008D635C"/>
    <w:rsid w:val="008E141D"/>
    <w:rsid w:val="008E2D2E"/>
    <w:rsid w:val="008E38BE"/>
    <w:rsid w:val="008E7412"/>
    <w:rsid w:val="008E7D83"/>
    <w:rsid w:val="008F59AA"/>
    <w:rsid w:val="008F698D"/>
    <w:rsid w:val="008F7D27"/>
    <w:rsid w:val="00911DFF"/>
    <w:rsid w:val="00923A91"/>
    <w:rsid w:val="00935237"/>
    <w:rsid w:val="00936568"/>
    <w:rsid w:val="00940D1E"/>
    <w:rsid w:val="00944547"/>
    <w:rsid w:val="00951E31"/>
    <w:rsid w:val="0096503B"/>
    <w:rsid w:val="00966C9B"/>
    <w:rsid w:val="00967E0E"/>
    <w:rsid w:val="00973B48"/>
    <w:rsid w:val="00975550"/>
    <w:rsid w:val="0097707D"/>
    <w:rsid w:val="009920C6"/>
    <w:rsid w:val="009A485E"/>
    <w:rsid w:val="009A6B4E"/>
    <w:rsid w:val="009A774C"/>
    <w:rsid w:val="009B0D3C"/>
    <w:rsid w:val="009B5B6D"/>
    <w:rsid w:val="009C1943"/>
    <w:rsid w:val="009C1FC8"/>
    <w:rsid w:val="009D2378"/>
    <w:rsid w:val="009D443B"/>
    <w:rsid w:val="009D6B54"/>
    <w:rsid w:val="009E12BE"/>
    <w:rsid w:val="009E162E"/>
    <w:rsid w:val="009E291B"/>
    <w:rsid w:val="009E38E0"/>
    <w:rsid w:val="009E6281"/>
    <w:rsid w:val="009F0E1D"/>
    <w:rsid w:val="009F450D"/>
    <w:rsid w:val="009F4C64"/>
    <w:rsid w:val="009F52E3"/>
    <w:rsid w:val="009F5F12"/>
    <w:rsid w:val="00A003AB"/>
    <w:rsid w:val="00A03475"/>
    <w:rsid w:val="00A30650"/>
    <w:rsid w:val="00A33961"/>
    <w:rsid w:val="00A35DE1"/>
    <w:rsid w:val="00A5315C"/>
    <w:rsid w:val="00A559E5"/>
    <w:rsid w:val="00A5770B"/>
    <w:rsid w:val="00A617B0"/>
    <w:rsid w:val="00A7215C"/>
    <w:rsid w:val="00A74495"/>
    <w:rsid w:val="00A8024F"/>
    <w:rsid w:val="00A8313B"/>
    <w:rsid w:val="00A8592B"/>
    <w:rsid w:val="00A87D0A"/>
    <w:rsid w:val="00A925E8"/>
    <w:rsid w:val="00A96380"/>
    <w:rsid w:val="00AA1BF4"/>
    <w:rsid w:val="00AA1D37"/>
    <w:rsid w:val="00AA1D8D"/>
    <w:rsid w:val="00AA2166"/>
    <w:rsid w:val="00AB2697"/>
    <w:rsid w:val="00AB56BF"/>
    <w:rsid w:val="00AC7099"/>
    <w:rsid w:val="00AC79AC"/>
    <w:rsid w:val="00AD2BF0"/>
    <w:rsid w:val="00AD3A5D"/>
    <w:rsid w:val="00AE1E2B"/>
    <w:rsid w:val="00AE21FD"/>
    <w:rsid w:val="00AE25F3"/>
    <w:rsid w:val="00AF0CE4"/>
    <w:rsid w:val="00AF4D9A"/>
    <w:rsid w:val="00AF6F25"/>
    <w:rsid w:val="00AF7A1E"/>
    <w:rsid w:val="00B01999"/>
    <w:rsid w:val="00B01B95"/>
    <w:rsid w:val="00B055AE"/>
    <w:rsid w:val="00B10E33"/>
    <w:rsid w:val="00B11686"/>
    <w:rsid w:val="00B1214A"/>
    <w:rsid w:val="00B13888"/>
    <w:rsid w:val="00B159F4"/>
    <w:rsid w:val="00B17B0D"/>
    <w:rsid w:val="00B27176"/>
    <w:rsid w:val="00B315D9"/>
    <w:rsid w:val="00B42D35"/>
    <w:rsid w:val="00B47532"/>
    <w:rsid w:val="00B47730"/>
    <w:rsid w:val="00B47DB9"/>
    <w:rsid w:val="00B6174E"/>
    <w:rsid w:val="00B655D3"/>
    <w:rsid w:val="00B66B6D"/>
    <w:rsid w:val="00B73942"/>
    <w:rsid w:val="00B831FF"/>
    <w:rsid w:val="00B83B95"/>
    <w:rsid w:val="00B90E72"/>
    <w:rsid w:val="00B93D6B"/>
    <w:rsid w:val="00B94AC8"/>
    <w:rsid w:val="00B950BA"/>
    <w:rsid w:val="00B95778"/>
    <w:rsid w:val="00BA0295"/>
    <w:rsid w:val="00BB280C"/>
    <w:rsid w:val="00BB5DEE"/>
    <w:rsid w:val="00BB6C7E"/>
    <w:rsid w:val="00BC0F7F"/>
    <w:rsid w:val="00BD3733"/>
    <w:rsid w:val="00BE2854"/>
    <w:rsid w:val="00BF0112"/>
    <w:rsid w:val="00BF39B9"/>
    <w:rsid w:val="00C02742"/>
    <w:rsid w:val="00C02CB0"/>
    <w:rsid w:val="00C044F8"/>
    <w:rsid w:val="00C05A79"/>
    <w:rsid w:val="00C12A37"/>
    <w:rsid w:val="00C174A2"/>
    <w:rsid w:val="00C2019D"/>
    <w:rsid w:val="00C23E86"/>
    <w:rsid w:val="00C24538"/>
    <w:rsid w:val="00C24771"/>
    <w:rsid w:val="00C24C93"/>
    <w:rsid w:val="00C30CE6"/>
    <w:rsid w:val="00C317E3"/>
    <w:rsid w:val="00C335D8"/>
    <w:rsid w:val="00C3451E"/>
    <w:rsid w:val="00C3742E"/>
    <w:rsid w:val="00C43571"/>
    <w:rsid w:val="00C44669"/>
    <w:rsid w:val="00C56777"/>
    <w:rsid w:val="00C60AB3"/>
    <w:rsid w:val="00C71883"/>
    <w:rsid w:val="00C765FB"/>
    <w:rsid w:val="00C768C4"/>
    <w:rsid w:val="00C778E6"/>
    <w:rsid w:val="00C8366C"/>
    <w:rsid w:val="00C915B0"/>
    <w:rsid w:val="00C9725F"/>
    <w:rsid w:val="00CA157A"/>
    <w:rsid w:val="00CA50BE"/>
    <w:rsid w:val="00CA6491"/>
    <w:rsid w:val="00CA6E5C"/>
    <w:rsid w:val="00CB0055"/>
    <w:rsid w:val="00CB0664"/>
    <w:rsid w:val="00CB16AF"/>
    <w:rsid w:val="00CB79D6"/>
    <w:rsid w:val="00CC2C1C"/>
    <w:rsid w:val="00CC7B0D"/>
    <w:rsid w:val="00CD27E6"/>
    <w:rsid w:val="00CE1384"/>
    <w:rsid w:val="00CE59ED"/>
    <w:rsid w:val="00CE7AC9"/>
    <w:rsid w:val="00CF3B85"/>
    <w:rsid w:val="00CF42DD"/>
    <w:rsid w:val="00CF7EA0"/>
    <w:rsid w:val="00D12207"/>
    <w:rsid w:val="00D14155"/>
    <w:rsid w:val="00D16C21"/>
    <w:rsid w:val="00D17E81"/>
    <w:rsid w:val="00D20A36"/>
    <w:rsid w:val="00D30ABF"/>
    <w:rsid w:val="00D34703"/>
    <w:rsid w:val="00D34B4C"/>
    <w:rsid w:val="00D409E5"/>
    <w:rsid w:val="00D41DCC"/>
    <w:rsid w:val="00D4470D"/>
    <w:rsid w:val="00D4471D"/>
    <w:rsid w:val="00D4539B"/>
    <w:rsid w:val="00D46CC4"/>
    <w:rsid w:val="00D56276"/>
    <w:rsid w:val="00D616D7"/>
    <w:rsid w:val="00D61DE2"/>
    <w:rsid w:val="00D674FE"/>
    <w:rsid w:val="00D7040B"/>
    <w:rsid w:val="00D71B07"/>
    <w:rsid w:val="00D765AD"/>
    <w:rsid w:val="00D811C5"/>
    <w:rsid w:val="00D94E8F"/>
    <w:rsid w:val="00D96C8A"/>
    <w:rsid w:val="00DA1FDC"/>
    <w:rsid w:val="00DB0DBA"/>
    <w:rsid w:val="00DB5F38"/>
    <w:rsid w:val="00DC58FA"/>
    <w:rsid w:val="00DD50CA"/>
    <w:rsid w:val="00DE058B"/>
    <w:rsid w:val="00DE1460"/>
    <w:rsid w:val="00DE3301"/>
    <w:rsid w:val="00DF20B9"/>
    <w:rsid w:val="00DF5633"/>
    <w:rsid w:val="00DF65B9"/>
    <w:rsid w:val="00E02C51"/>
    <w:rsid w:val="00E04E8C"/>
    <w:rsid w:val="00E10521"/>
    <w:rsid w:val="00E14F4E"/>
    <w:rsid w:val="00E2628C"/>
    <w:rsid w:val="00E30E40"/>
    <w:rsid w:val="00E35F76"/>
    <w:rsid w:val="00E44573"/>
    <w:rsid w:val="00E45682"/>
    <w:rsid w:val="00E51955"/>
    <w:rsid w:val="00E64AB1"/>
    <w:rsid w:val="00E74B7B"/>
    <w:rsid w:val="00E77A11"/>
    <w:rsid w:val="00E868C5"/>
    <w:rsid w:val="00E86C33"/>
    <w:rsid w:val="00E97728"/>
    <w:rsid w:val="00EA01E7"/>
    <w:rsid w:val="00EA46B7"/>
    <w:rsid w:val="00EA791B"/>
    <w:rsid w:val="00EB6248"/>
    <w:rsid w:val="00EC4920"/>
    <w:rsid w:val="00ED23BD"/>
    <w:rsid w:val="00ED7044"/>
    <w:rsid w:val="00EE7404"/>
    <w:rsid w:val="00EE7CB7"/>
    <w:rsid w:val="00EF1195"/>
    <w:rsid w:val="00EF13BF"/>
    <w:rsid w:val="00EF4692"/>
    <w:rsid w:val="00EF5DE4"/>
    <w:rsid w:val="00EF70F6"/>
    <w:rsid w:val="00EF7817"/>
    <w:rsid w:val="00F164EC"/>
    <w:rsid w:val="00F17559"/>
    <w:rsid w:val="00F22731"/>
    <w:rsid w:val="00F243AD"/>
    <w:rsid w:val="00F3620A"/>
    <w:rsid w:val="00F3788A"/>
    <w:rsid w:val="00F53A80"/>
    <w:rsid w:val="00F53B55"/>
    <w:rsid w:val="00F53D6A"/>
    <w:rsid w:val="00F74D85"/>
    <w:rsid w:val="00F842F0"/>
    <w:rsid w:val="00F93B48"/>
    <w:rsid w:val="00F94BCE"/>
    <w:rsid w:val="00F972BE"/>
    <w:rsid w:val="00FA30A3"/>
    <w:rsid w:val="00FA5CA1"/>
    <w:rsid w:val="00FC05DB"/>
    <w:rsid w:val="00FC205E"/>
    <w:rsid w:val="00FC3AB9"/>
    <w:rsid w:val="00FC512C"/>
    <w:rsid w:val="00FC693F"/>
    <w:rsid w:val="00FD17DB"/>
    <w:rsid w:val="00FD1A39"/>
    <w:rsid w:val="00FE0DBA"/>
    <w:rsid w:val="00FE2358"/>
    <w:rsid w:val="00FF52A4"/>
    <w:rsid w:val="00FF7FDC"/>
    <w:rsid w:val="010DF385"/>
    <w:rsid w:val="010E8634"/>
    <w:rsid w:val="0146DB7F"/>
    <w:rsid w:val="017A62C5"/>
    <w:rsid w:val="01890DCA"/>
    <w:rsid w:val="01D37D26"/>
    <w:rsid w:val="023F5E37"/>
    <w:rsid w:val="030E9457"/>
    <w:rsid w:val="035A29F1"/>
    <w:rsid w:val="0366E11A"/>
    <w:rsid w:val="0382C6BC"/>
    <w:rsid w:val="041DB31E"/>
    <w:rsid w:val="04407C7D"/>
    <w:rsid w:val="044E4AB3"/>
    <w:rsid w:val="0473913C"/>
    <w:rsid w:val="04A2A6E6"/>
    <w:rsid w:val="04D498CC"/>
    <w:rsid w:val="05013933"/>
    <w:rsid w:val="05EE556D"/>
    <w:rsid w:val="05FBE406"/>
    <w:rsid w:val="0656F8EC"/>
    <w:rsid w:val="06E071A6"/>
    <w:rsid w:val="07290176"/>
    <w:rsid w:val="0729C5B3"/>
    <w:rsid w:val="07FC5CF9"/>
    <w:rsid w:val="081859DA"/>
    <w:rsid w:val="08877F29"/>
    <w:rsid w:val="08E44176"/>
    <w:rsid w:val="090BD89B"/>
    <w:rsid w:val="09957A9A"/>
    <w:rsid w:val="09DCC3F4"/>
    <w:rsid w:val="0A464851"/>
    <w:rsid w:val="0A4EC4D3"/>
    <w:rsid w:val="0ABAEE2B"/>
    <w:rsid w:val="0AC2160C"/>
    <w:rsid w:val="0BC6BE30"/>
    <w:rsid w:val="0C38AE7F"/>
    <w:rsid w:val="0D5BACD6"/>
    <w:rsid w:val="0E9426AB"/>
    <w:rsid w:val="0F051DD2"/>
    <w:rsid w:val="0F9BA5AB"/>
    <w:rsid w:val="1033BC56"/>
    <w:rsid w:val="1042DC2C"/>
    <w:rsid w:val="10EE010D"/>
    <w:rsid w:val="11642C40"/>
    <w:rsid w:val="116CB70F"/>
    <w:rsid w:val="1180AFDD"/>
    <w:rsid w:val="12DB3FC9"/>
    <w:rsid w:val="1317D53F"/>
    <w:rsid w:val="142292F2"/>
    <w:rsid w:val="14670B28"/>
    <w:rsid w:val="15185081"/>
    <w:rsid w:val="15991C2D"/>
    <w:rsid w:val="16020CEE"/>
    <w:rsid w:val="161EF7B0"/>
    <w:rsid w:val="167CFD48"/>
    <w:rsid w:val="16877B65"/>
    <w:rsid w:val="169C3CD6"/>
    <w:rsid w:val="16B103AE"/>
    <w:rsid w:val="16DF8714"/>
    <w:rsid w:val="179CA6D8"/>
    <w:rsid w:val="17DF04B1"/>
    <w:rsid w:val="17ED51A7"/>
    <w:rsid w:val="181EDDE2"/>
    <w:rsid w:val="1846A93C"/>
    <w:rsid w:val="18521CB5"/>
    <w:rsid w:val="18608604"/>
    <w:rsid w:val="196850E5"/>
    <w:rsid w:val="19A29C0B"/>
    <w:rsid w:val="1A043BF4"/>
    <w:rsid w:val="1B2C0FD6"/>
    <w:rsid w:val="1B62B151"/>
    <w:rsid w:val="1B9A6325"/>
    <w:rsid w:val="1BD00195"/>
    <w:rsid w:val="1C44E9AD"/>
    <w:rsid w:val="1C6FE777"/>
    <w:rsid w:val="1D042DE3"/>
    <w:rsid w:val="1D85208A"/>
    <w:rsid w:val="1E5F24E1"/>
    <w:rsid w:val="1EED02DB"/>
    <w:rsid w:val="1F3E3E8A"/>
    <w:rsid w:val="1F5612E7"/>
    <w:rsid w:val="1F8FCD05"/>
    <w:rsid w:val="201C20ED"/>
    <w:rsid w:val="204BD4DD"/>
    <w:rsid w:val="20A8B373"/>
    <w:rsid w:val="21D0B012"/>
    <w:rsid w:val="2268B3F7"/>
    <w:rsid w:val="2297E329"/>
    <w:rsid w:val="22C77C3A"/>
    <w:rsid w:val="22D5C0D6"/>
    <w:rsid w:val="230040A8"/>
    <w:rsid w:val="230F6F58"/>
    <w:rsid w:val="2337F23D"/>
    <w:rsid w:val="23EAD581"/>
    <w:rsid w:val="2430DD82"/>
    <w:rsid w:val="244A53C1"/>
    <w:rsid w:val="249E028A"/>
    <w:rsid w:val="25A16899"/>
    <w:rsid w:val="2613268F"/>
    <w:rsid w:val="2649662E"/>
    <w:rsid w:val="26B94F77"/>
    <w:rsid w:val="2707A289"/>
    <w:rsid w:val="27224E00"/>
    <w:rsid w:val="27E5075E"/>
    <w:rsid w:val="2863E094"/>
    <w:rsid w:val="28929B8A"/>
    <w:rsid w:val="28DCA053"/>
    <w:rsid w:val="291EBD28"/>
    <w:rsid w:val="2A184E3A"/>
    <w:rsid w:val="2A1C9239"/>
    <w:rsid w:val="2A60C37E"/>
    <w:rsid w:val="2AF1950B"/>
    <w:rsid w:val="2B886B8E"/>
    <w:rsid w:val="2BF65FD2"/>
    <w:rsid w:val="2C4E12DC"/>
    <w:rsid w:val="2C6DF404"/>
    <w:rsid w:val="2D1CC5EA"/>
    <w:rsid w:val="2E015BA8"/>
    <w:rsid w:val="2EC37FA4"/>
    <w:rsid w:val="2F2E37F9"/>
    <w:rsid w:val="2F4B7EB7"/>
    <w:rsid w:val="2F89A705"/>
    <w:rsid w:val="2FB7621D"/>
    <w:rsid w:val="2FC7B5FF"/>
    <w:rsid w:val="2FC8C2BC"/>
    <w:rsid w:val="2FCEADBD"/>
    <w:rsid w:val="30E1AAD6"/>
    <w:rsid w:val="30E1AC2D"/>
    <w:rsid w:val="3108198E"/>
    <w:rsid w:val="310F2846"/>
    <w:rsid w:val="313F1212"/>
    <w:rsid w:val="31713893"/>
    <w:rsid w:val="31D9242B"/>
    <w:rsid w:val="3217ECD6"/>
    <w:rsid w:val="32338FF5"/>
    <w:rsid w:val="32C1724C"/>
    <w:rsid w:val="33444EAE"/>
    <w:rsid w:val="33618E6C"/>
    <w:rsid w:val="33BBF3DA"/>
    <w:rsid w:val="33F795A7"/>
    <w:rsid w:val="35BEC8F7"/>
    <w:rsid w:val="360774AE"/>
    <w:rsid w:val="362341EA"/>
    <w:rsid w:val="36C30156"/>
    <w:rsid w:val="37BDA149"/>
    <w:rsid w:val="384AA127"/>
    <w:rsid w:val="38BBAEDC"/>
    <w:rsid w:val="38E0756E"/>
    <w:rsid w:val="38FEA0DE"/>
    <w:rsid w:val="394167D9"/>
    <w:rsid w:val="39C402AE"/>
    <w:rsid w:val="3A37414E"/>
    <w:rsid w:val="3AF1BA92"/>
    <w:rsid w:val="3BECB8AC"/>
    <w:rsid w:val="3C010939"/>
    <w:rsid w:val="3E3547CE"/>
    <w:rsid w:val="3FCD9D76"/>
    <w:rsid w:val="406282F7"/>
    <w:rsid w:val="40CD97F1"/>
    <w:rsid w:val="4126C2F9"/>
    <w:rsid w:val="412EC5D9"/>
    <w:rsid w:val="414AF9D6"/>
    <w:rsid w:val="41E564F3"/>
    <w:rsid w:val="41FCA916"/>
    <w:rsid w:val="426F436D"/>
    <w:rsid w:val="42C5BCF8"/>
    <w:rsid w:val="431ADBDF"/>
    <w:rsid w:val="43635F4C"/>
    <w:rsid w:val="442B3508"/>
    <w:rsid w:val="445F8891"/>
    <w:rsid w:val="4493AAAE"/>
    <w:rsid w:val="44F1A8B4"/>
    <w:rsid w:val="4524C676"/>
    <w:rsid w:val="4552FB01"/>
    <w:rsid w:val="458B9DFC"/>
    <w:rsid w:val="45C2920C"/>
    <w:rsid w:val="46405728"/>
    <w:rsid w:val="46A03FEB"/>
    <w:rsid w:val="473A5ADD"/>
    <w:rsid w:val="477A5C00"/>
    <w:rsid w:val="47D53FFE"/>
    <w:rsid w:val="47DFD569"/>
    <w:rsid w:val="48D4B106"/>
    <w:rsid w:val="48E8E866"/>
    <w:rsid w:val="496C83EB"/>
    <w:rsid w:val="4B055CEF"/>
    <w:rsid w:val="4D790261"/>
    <w:rsid w:val="4DDDDCE3"/>
    <w:rsid w:val="4E52366A"/>
    <w:rsid w:val="4E595C25"/>
    <w:rsid w:val="4EAED557"/>
    <w:rsid w:val="4EC8F593"/>
    <w:rsid w:val="4EF07614"/>
    <w:rsid w:val="4F7F4762"/>
    <w:rsid w:val="5032FB3F"/>
    <w:rsid w:val="50AD09F9"/>
    <w:rsid w:val="517CBD27"/>
    <w:rsid w:val="519A1E0C"/>
    <w:rsid w:val="51C6D652"/>
    <w:rsid w:val="52AC51F8"/>
    <w:rsid w:val="52E56D49"/>
    <w:rsid w:val="52F7342E"/>
    <w:rsid w:val="5356A0CA"/>
    <w:rsid w:val="54244845"/>
    <w:rsid w:val="54EA09CA"/>
    <w:rsid w:val="5504F89C"/>
    <w:rsid w:val="560A6102"/>
    <w:rsid w:val="56F96CEE"/>
    <w:rsid w:val="579F7B10"/>
    <w:rsid w:val="57CEA08C"/>
    <w:rsid w:val="5A8D5537"/>
    <w:rsid w:val="5AF36294"/>
    <w:rsid w:val="5B40BE3A"/>
    <w:rsid w:val="5B58A0E0"/>
    <w:rsid w:val="5BC40454"/>
    <w:rsid w:val="5C05BD4B"/>
    <w:rsid w:val="5C8DC468"/>
    <w:rsid w:val="5D11F29E"/>
    <w:rsid w:val="5D23C2DF"/>
    <w:rsid w:val="5FAF347D"/>
    <w:rsid w:val="60046E2C"/>
    <w:rsid w:val="60866EF4"/>
    <w:rsid w:val="60C81EA5"/>
    <w:rsid w:val="60F067C7"/>
    <w:rsid w:val="61302B14"/>
    <w:rsid w:val="61D3823A"/>
    <w:rsid w:val="627CCF53"/>
    <w:rsid w:val="6287202B"/>
    <w:rsid w:val="62A7014B"/>
    <w:rsid w:val="62FB39C3"/>
    <w:rsid w:val="632A53BD"/>
    <w:rsid w:val="6356D6D7"/>
    <w:rsid w:val="63626FA8"/>
    <w:rsid w:val="6430BD30"/>
    <w:rsid w:val="64675ADF"/>
    <w:rsid w:val="64A1F60D"/>
    <w:rsid w:val="6564FC71"/>
    <w:rsid w:val="6565AD29"/>
    <w:rsid w:val="65E23156"/>
    <w:rsid w:val="6693A3E0"/>
    <w:rsid w:val="66BD9D9B"/>
    <w:rsid w:val="66E7FC84"/>
    <w:rsid w:val="685A6ED6"/>
    <w:rsid w:val="68CF5860"/>
    <w:rsid w:val="695AF031"/>
    <w:rsid w:val="69AC52B4"/>
    <w:rsid w:val="6A0AB34F"/>
    <w:rsid w:val="6A2EBA8D"/>
    <w:rsid w:val="6A3EFB1B"/>
    <w:rsid w:val="6B0412F8"/>
    <w:rsid w:val="6B5AF3DE"/>
    <w:rsid w:val="6C451CB7"/>
    <w:rsid w:val="6CB82B02"/>
    <w:rsid w:val="6D210C6B"/>
    <w:rsid w:val="6E4711C1"/>
    <w:rsid w:val="6ED5707C"/>
    <w:rsid w:val="6F1AF63E"/>
    <w:rsid w:val="6F9A846E"/>
    <w:rsid w:val="6FAE3032"/>
    <w:rsid w:val="702208B9"/>
    <w:rsid w:val="704E468F"/>
    <w:rsid w:val="708E36EE"/>
    <w:rsid w:val="70985472"/>
    <w:rsid w:val="70ACAB3C"/>
    <w:rsid w:val="70B6EE0F"/>
    <w:rsid w:val="71237384"/>
    <w:rsid w:val="7150438E"/>
    <w:rsid w:val="716C7CA8"/>
    <w:rsid w:val="717E9FB0"/>
    <w:rsid w:val="71CDC1EB"/>
    <w:rsid w:val="71DE203C"/>
    <w:rsid w:val="71F5D5E1"/>
    <w:rsid w:val="72E066C8"/>
    <w:rsid w:val="72EA9548"/>
    <w:rsid w:val="72EF9B28"/>
    <w:rsid w:val="732375D3"/>
    <w:rsid w:val="742EEDD2"/>
    <w:rsid w:val="7450AAAE"/>
    <w:rsid w:val="747EF54C"/>
    <w:rsid w:val="74D858FA"/>
    <w:rsid w:val="751B497C"/>
    <w:rsid w:val="753E1524"/>
    <w:rsid w:val="7543B1B9"/>
    <w:rsid w:val="763BEA74"/>
    <w:rsid w:val="765EAA6A"/>
    <w:rsid w:val="76801E57"/>
    <w:rsid w:val="775F7444"/>
    <w:rsid w:val="776717B3"/>
    <w:rsid w:val="77C78278"/>
    <w:rsid w:val="77D1B715"/>
    <w:rsid w:val="783A2DC0"/>
    <w:rsid w:val="7881B6BF"/>
    <w:rsid w:val="78B9CAD1"/>
    <w:rsid w:val="78BD4258"/>
    <w:rsid w:val="78E8FCA1"/>
    <w:rsid w:val="78F00D6A"/>
    <w:rsid w:val="7910F200"/>
    <w:rsid w:val="7AA9FB89"/>
    <w:rsid w:val="7B185229"/>
    <w:rsid w:val="7BD36DD6"/>
    <w:rsid w:val="7BE398CC"/>
    <w:rsid w:val="7CBA8C67"/>
    <w:rsid w:val="7D54BDAE"/>
    <w:rsid w:val="7D5ED036"/>
    <w:rsid w:val="7D933915"/>
    <w:rsid w:val="7E24EDA7"/>
    <w:rsid w:val="7E96F098"/>
    <w:rsid w:val="7F37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1FF18076-0B74-4F08-9511-86833A31C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2306672300AC4CA175B8A123F441AB" ma:contentTypeVersion="8" ma:contentTypeDescription="Create a new document." ma:contentTypeScope="" ma:versionID="fa9412982b2e092ae8ad775d1cd22f99">
  <xsd:schema xmlns:xsd="http://www.w3.org/2001/XMLSchema" xmlns:xs="http://www.w3.org/2001/XMLSchema" xmlns:p="http://schemas.microsoft.com/office/2006/metadata/properties" xmlns:ns2="5868f19c-e2a1-46b4-b78e-3b6c4c734df0" targetNamespace="http://schemas.microsoft.com/office/2006/metadata/properties" ma:root="true" ma:fieldsID="869a06f5c6624d0610c7d2be48a86cd9" ns2:_="">
    <xsd:import namespace="5868f19c-e2a1-46b4-b78e-3b6c4c734d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8f19c-e2a1-46b4-b78e-3b6c4c734d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E4C059-0A7C-4FF4-8993-BC356B21D2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BC4A8B-1CBB-4906-A3AB-3A8327BF6FD3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5868f19c-e2a1-46b4-b78e-3b6c4c734df0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D95BED5-F856-4E01-B4A3-2CD4B4B1F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68f19c-e2a1-46b4-b78e-3b6c4c734d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3ad7935-3e30-4227-b66a-20642e34b0a5}" enabled="1" method="Privileged" siteId="{deff24bb-2089-4400-8c8e-f71e680378b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2196</Characters>
  <Application>Microsoft Office Word</Application>
  <DocSecurity>0</DocSecurity>
  <Lines>18</Lines>
  <Paragraphs>5</Paragraphs>
  <ScaleCrop>false</ScaleCrop>
  <Manager/>
  <Company/>
  <LinksUpToDate>false</LinksUpToDate>
  <CharactersWithSpaces>2576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Modoran, Raluca Elena</cp:lastModifiedBy>
  <cp:revision>2</cp:revision>
  <dcterms:created xsi:type="dcterms:W3CDTF">2025-07-09T10:22:00Z</dcterms:created>
  <dcterms:modified xsi:type="dcterms:W3CDTF">2025-07-09T10:22:00Z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0x010100472306672300AC4CA175B8A123F441AB</vt:lpwstr>
  </property>
  <property fmtid="{D5CDD505-2E9C-101B-9397-08002B2CF9AE}" pid="3" name="Order">
    <vt:r8>343500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